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A1F" w:rsidRDefault="004A1C03" w:rsidP="004A1C03">
      <w:pPr>
        <w:jc w:val="center"/>
      </w:pPr>
      <w:r>
        <w:rPr>
          <w:rFonts w:ascii="Calibri" w:hAnsi="Calibri"/>
          <w:b/>
          <w:sz w:val="24"/>
        </w:rPr>
        <w:t xml:space="preserve">2026 - 2027 EĞİTİM ÖĞRETİM YILI </w:t>
      </w:r>
      <w:r>
        <w:rPr>
          <w:rFonts w:ascii="Calibri" w:hAnsi="Calibri"/>
          <w:b/>
          <w:sz w:val="24"/>
        </w:rPr>
        <w:br/>
        <w:t>……………………………………………… LİSESİ</w:t>
      </w:r>
      <w:r>
        <w:rPr>
          <w:rFonts w:ascii="Calibri" w:hAnsi="Calibri"/>
          <w:b/>
          <w:sz w:val="24"/>
        </w:rPr>
        <w:br/>
        <w:t>9.SINIF TARİH DERSİ ÜNİTELENDİRİLMİŞ YILLIK DERS PLANI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992"/>
        <w:gridCol w:w="709"/>
        <w:gridCol w:w="1418"/>
        <w:gridCol w:w="1417"/>
        <w:gridCol w:w="2126"/>
        <w:gridCol w:w="4601"/>
        <w:gridCol w:w="1710"/>
        <w:gridCol w:w="1710"/>
      </w:tblGrid>
      <w:tr w:rsidR="00530A1F" w:rsidTr="004A1C03">
        <w:trPr>
          <w:jc w:val="center"/>
        </w:trPr>
        <w:tc>
          <w:tcPr>
            <w:tcW w:w="707" w:type="dxa"/>
            <w:shd w:val="clear" w:color="auto" w:fill="1F4E79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AY</w:t>
            </w:r>
          </w:p>
        </w:tc>
        <w:tc>
          <w:tcPr>
            <w:tcW w:w="992" w:type="dxa"/>
            <w:shd w:val="clear" w:color="auto" w:fill="1F4E79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HAFTA</w:t>
            </w:r>
          </w:p>
        </w:tc>
        <w:tc>
          <w:tcPr>
            <w:tcW w:w="709" w:type="dxa"/>
            <w:shd w:val="clear" w:color="auto" w:fill="1F4E79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SAAT</w:t>
            </w:r>
          </w:p>
        </w:tc>
        <w:tc>
          <w:tcPr>
            <w:tcW w:w="1418" w:type="dxa"/>
            <w:shd w:val="clear" w:color="auto" w:fill="1F4E79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ÜNİTE/TEMA</w:t>
            </w:r>
          </w:p>
        </w:tc>
        <w:tc>
          <w:tcPr>
            <w:tcW w:w="1417" w:type="dxa"/>
            <w:shd w:val="clear" w:color="auto" w:fill="1F4E79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KONU (İÇERİK ÇERÇEVESİ)</w:t>
            </w:r>
          </w:p>
        </w:tc>
        <w:tc>
          <w:tcPr>
            <w:tcW w:w="2126" w:type="dxa"/>
            <w:shd w:val="clear" w:color="auto" w:fill="1F4E79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ÖĞRENME ÇIKTILARI</w:t>
            </w:r>
          </w:p>
        </w:tc>
        <w:tc>
          <w:tcPr>
            <w:tcW w:w="4601" w:type="dxa"/>
            <w:shd w:val="clear" w:color="auto" w:fill="1F4E79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SÜREÇ BİLEŞENLERİ</w:t>
            </w:r>
          </w:p>
        </w:tc>
        <w:tc>
          <w:tcPr>
            <w:tcW w:w="1710" w:type="dxa"/>
            <w:shd w:val="clear" w:color="auto" w:fill="1F4E79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ÖLÇME VE DEĞERLENDİRME</w:t>
            </w:r>
          </w:p>
        </w:tc>
        <w:tc>
          <w:tcPr>
            <w:tcW w:w="1710" w:type="dxa"/>
            <w:shd w:val="clear" w:color="auto" w:fill="1F4E79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BELİRLİ GÜN VE HAFTALAR</w:t>
            </w:r>
          </w:p>
        </w:tc>
      </w:tr>
      <w:tr w:rsidR="00530A1F" w:rsidTr="004A1C03">
        <w:trPr>
          <w:jc w:val="center"/>
        </w:trPr>
        <w:tc>
          <w:tcPr>
            <w:tcW w:w="707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EYLÜL</w:t>
            </w:r>
          </w:p>
        </w:tc>
        <w:tc>
          <w:tcPr>
            <w:tcW w:w="992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1. Hafta: 14-18 Eylül</w:t>
            </w:r>
          </w:p>
        </w:tc>
        <w:tc>
          <w:tcPr>
            <w:tcW w:w="709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</w:tcPr>
          <w:p w:rsidR="00530A1F" w:rsidRDefault="004A1C03">
            <w:r>
              <w:rPr>
                <w:rFonts w:ascii="Calibri" w:hAnsi="Calibri"/>
                <w:sz w:val="16"/>
              </w:rPr>
              <w:t>1. GEÇMİŞİN İNŞA SÜRECİNDE TARİH</w:t>
            </w:r>
          </w:p>
        </w:tc>
        <w:tc>
          <w:tcPr>
            <w:tcW w:w="1417" w:type="dxa"/>
          </w:tcPr>
          <w:p w:rsidR="00530A1F" w:rsidRDefault="004A1C03">
            <w:r>
              <w:rPr>
                <w:rFonts w:ascii="Calibri" w:hAnsi="Calibri"/>
                <w:sz w:val="16"/>
              </w:rPr>
              <w:t>Tarih Öğrenmenin Faydaları</w:t>
            </w:r>
          </w:p>
        </w:tc>
        <w:tc>
          <w:tcPr>
            <w:tcW w:w="2126" w:type="dxa"/>
          </w:tcPr>
          <w:p w:rsidR="00530A1F" w:rsidRDefault="004A1C03">
            <w:r>
              <w:rPr>
                <w:rFonts w:ascii="Calibri" w:hAnsi="Calibri"/>
                <w:sz w:val="16"/>
              </w:rPr>
              <w:t>TAR.9.1.1. Tarih öğrenmenin bireye ve topluma faydalarını yorumlayabilme</w:t>
            </w:r>
          </w:p>
        </w:tc>
        <w:tc>
          <w:tcPr>
            <w:tcW w:w="4601" w:type="dxa"/>
          </w:tcPr>
          <w:p w:rsidR="00530A1F" w:rsidRDefault="004A1C03">
            <w:r>
              <w:rPr>
                <w:rFonts w:ascii="Calibri" w:hAnsi="Calibri"/>
                <w:sz w:val="16"/>
              </w:rPr>
              <w:t>a) Faydalarını kaynaklardan inceler. b) Bağlamından kopmadan özetler. c) Kendi cümleleriyle açıklar.</w:t>
            </w:r>
          </w:p>
        </w:tc>
        <w:tc>
          <w:tcPr>
            <w:tcW w:w="1710" w:type="dxa"/>
          </w:tcPr>
          <w:p w:rsidR="00530A1F" w:rsidRDefault="004A1C03">
            <w:r>
              <w:rPr>
                <w:rFonts w:ascii="Calibri" w:hAnsi="Calibri"/>
                <w:sz w:val="16"/>
              </w:rPr>
              <w:t>Çalışma yaprağı, bilgi görseli ve performans görevleri.</w:t>
            </w:r>
          </w:p>
        </w:tc>
        <w:tc>
          <w:tcPr>
            <w:tcW w:w="1710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2026-2027 Eğitim-Öğretim yılı başlangıcı</w:t>
            </w:r>
          </w:p>
        </w:tc>
      </w:tr>
      <w:tr w:rsidR="00530A1F" w:rsidTr="004A1C03">
        <w:trPr>
          <w:jc w:val="center"/>
        </w:trPr>
        <w:tc>
          <w:tcPr>
            <w:tcW w:w="707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EYLÜL</w:t>
            </w:r>
          </w:p>
        </w:tc>
        <w:tc>
          <w:tcPr>
            <w:tcW w:w="992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2. Hafta: 21-25 Eylül</w:t>
            </w:r>
          </w:p>
        </w:tc>
        <w:tc>
          <w:tcPr>
            <w:tcW w:w="709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1. GEÇMİŞİN İNŞA SÜRECİNDE TARİH</w:t>
            </w:r>
          </w:p>
        </w:tc>
        <w:tc>
          <w:tcPr>
            <w:tcW w:w="1417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Tarih Öğrenmenin Faydaları</w:t>
            </w:r>
          </w:p>
        </w:tc>
        <w:tc>
          <w:tcPr>
            <w:tcW w:w="2126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TAR.9.1.1. Tarih öğrenmenin bireye ve topluma faydalarını yorumlayabilme</w:t>
            </w:r>
          </w:p>
        </w:tc>
        <w:tc>
          <w:tcPr>
            <w:tcW w:w="4601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a) Faydalarını kaynaklardan inceler. b) Bağlamından kopmadan özetler. c) Kendi cümleleriyle açıklar.</w:t>
            </w:r>
          </w:p>
        </w:tc>
        <w:tc>
          <w:tcPr>
            <w:tcW w:w="1710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Çalışma yaprağı, bilgi görseli.</w:t>
            </w:r>
          </w:p>
        </w:tc>
        <w:tc>
          <w:tcPr>
            <w:tcW w:w="1710" w:type="dxa"/>
            <w:shd w:val="clear" w:color="auto" w:fill="F9FAFB"/>
          </w:tcPr>
          <w:p w:rsidR="00530A1F" w:rsidRDefault="00530A1F">
            <w:pPr>
              <w:jc w:val="center"/>
            </w:pPr>
          </w:p>
        </w:tc>
      </w:tr>
      <w:tr w:rsidR="00530A1F" w:rsidTr="004A1C03">
        <w:trPr>
          <w:jc w:val="center"/>
        </w:trPr>
        <w:tc>
          <w:tcPr>
            <w:tcW w:w="707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EYLÜL</w:t>
            </w:r>
          </w:p>
        </w:tc>
        <w:tc>
          <w:tcPr>
            <w:tcW w:w="992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3. Hafta: 28 Eylül-02 Ekim</w:t>
            </w:r>
          </w:p>
        </w:tc>
        <w:tc>
          <w:tcPr>
            <w:tcW w:w="709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</w:tcPr>
          <w:p w:rsidR="00530A1F" w:rsidRDefault="004A1C03">
            <w:r>
              <w:rPr>
                <w:rFonts w:ascii="Calibri" w:hAnsi="Calibri"/>
                <w:sz w:val="16"/>
              </w:rPr>
              <w:t>1. GEÇMİŞİN İNŞA SÜRECİNDE TARİH</w:t>
            </w:r>
          </w:p>
        </w:tc>
        <w:tc>
          <w:tcPr>
            <w:tcW w:w="1417" w:type="dxa"/>
          </w:tcPr>
          <w:p w:rsidR="00530A1F" w:rsidRDefault="004A1C03">
            <w:r>
              <w:rPr>
                <w:rFonts w:ascii="Calibri" w:hAnsi="Calibri"/>
                <w:sz w:val="16"/>
              </w:rPr>
              <w:t>Tarihin Doğası</w:t>
            </w:r>
          </w:p>
        </w:tc>
        <w:tc>
          <w:tcPr>
            <w:tcW w:w="2126" w:type="dxa"/>
          </w:tcPr>
          <w:p w:rsidR="00530A1F" w:rsidRDefault="004A1C03">
            <w:r>
              <w:rPr>
                <w:rFonts w:ascii="Calibri" w:hAnsi="Calibri"/>
                <w:sz w:val="16"/>
              </w:rPr>
              <w:t>TAR.9.1.1. Tarih öğrenmenin bireye ve topluma faydalarını yorumlayabilme</w:t>
            </w:r>
          </w:p>
        </w:tc>
        <w:tc>
          <w:tcPr>
            <w:tcW w:w="4601" w:type="dxa"/>
          </w:tcPr>
          <w:p w:rsidR="00530A1F" w:rsidRDefault="004A1C03">
            <w:r>
              <w:rPr>
                <w:rFonts w:ascii="Calibri" w:hAnsi="Calibri"/>
                <w:sz w:val="16"/>
              </w:rPr>
              <w:t>a) Faydalarını kaynaklardan inceler. b) Bağlamından kopmadan özetler. c) Kendi cümleleriyle açıklar.</w:t>
            </w:r>
          </w:p>
        </w:tc>
        <w:tc>
          <w:tcPr>
            <w:tcW w:w="1710" w:type="dxa"/>
          </w:tcPr>
          <w:p w:rsidR="00530A1F" w:rsidRDefault="004A1C03">
            <w:r>
              <w:rPr>
                <w:rFonts w:ascii="Calibri" w:hAnsi="Calibri"/>
                <w:sz w:val="16"/>
              </w:rPr>
              <w:t>Çalışma yaprağı, performans görevleri.</w:t>
            </w:r>
          </w:p>
        </w:tc>
        <w:tc>
          <w:tcPr>
            <w:tcW w:w="1710" w:type="dxa"/>
          </w:tcPr>
          <w:p w:rsidR="00530A1F" w:rsidRDefault="00530A1F">
            <w:pPr>
              <w:jc w:val="center"/>
            </w:pPr>
          </w:p>
        </w:tc>
      </w:tr>
      <w:tr w:rsidR="00530A1F" w:rsidTr="004A1C03">
        <w:trPr>
          <w:jc w:val="center"/>
        </w:trPr>
        <w:tc>
          <w:tcPr>
            <w:tcW w:w="707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EKİM</w:t>
            </w:r>
          </w:p>
        </w:tc>
        <w:tc>
          <w:tcPr>
            <w:tcW w:w="992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4. Hafta: 05 - 9 Ekim</w:t>
            </w:r>
          </w:p>
        </w:tc>
        <w:tc>
          <w:tcPr>
            <w:tcW w:w="709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1. GEÇMİŞİN İNŞA SÜRECİNDE TARİH</w:t>
            </w:r>
          </w:p>
        </w:tc>
        <w:tc>
          <w:tcPr>
            <w:tcW w:w="1417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Tarihin Doğası</w:t>
            </w:r>
          </w:p>
        </w:tc>
        <w:tc>
          <w:tcPr>
            <w:tcW w:w="2126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TAR.9.1.2. Tarihin doğasını farklı kaynaklar üzerinden inceleyebilme</w:t>
            </w:r>
          </w:p>
        </w:tc>
        <w:tc>
          <w:tcPr>
            <w:tcW w:w="4601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a) Farklı kaynaklardan temel bilgileri tespit eder. b) Temel bilgileri açıklar.</w:t>
            </w:r>
          </w:p>
        </w:tc>
        <w:tc>
          <w:tcPr>
            <w:tcW w:w="1710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Çalışma yaprağı, bilgi görseli.</w:t>
            </w:r>
          </w:p>
        </w:tc>
        <w:tc>
          <w:tcPr>
            <w:tcW w:w="1710" w:type="dxa"/>
            <w:shd w:val="clear" w:color="auto" w:fill="F9FAFB"/>
          </w:tcPr>
          <w:p w:rsidR="00530A1F" w:rsidRDefault="00530A1F">
            <w:pPr>
              <w:jc w:val="center"/>
            </w:pPr>
          </w:p>
        </w:tc>
      </w:tr>
      <w:tr w:rsidR="00530A1F" w:rsidTr="004A1C03">
        <w:trPr>
          <w:jc w:val="center"/>
        </w:trPr>
        <w:tc>
          <w:tcPr>
            <w:tcW w:w="707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EKİM</w:t>
            </w:r>
          </w:p>
        </w:tc>
        <w:tc>
          <w:tcPr>
            <w:tcW w:w="992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5. Hafta: 12-16 Ekim</w:t>
            </w:r>
          </w:p>
        </w:tc>
        <w:tc>
          <w:tcPr>
            <w:tcW w:w="709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</w:tcPr>
          <w:p w:rsidR="00530A1F" w:rsidRDefault="004A1C03">
            <w:r>
              <w:rPr>
                <w:rFonts w:ascii="Calibri" w:hAnsi="Calibri"/>
                <w:sz w:val="16"/>
              </w:rPr>
              <w:t>1. GEÇMİŞİN İNŞA SÜRECİNDE TARİH</w:t>
            </w:r>
          </w:p>
        </w:tc>
        <w:tc>
          <w:tcPr>
            <w:tcW w:w="1417" w:type="dxa"/>
          </w:tcPr>
          <w:p w:rsidR="00530A1F" w:rsidRDefault="004A1C03">
            <w:r>
              <w:rPr>
                <w:rFonts w:ascii="Calibri" w:hAnsi="Calibri"/>
                <w:sz w:val="16"/>
              </w:rPr>
              <w:t>Tarihsel Bilginin Üretim Süreci</w:t>
            </w:r>
          </w:p>
        </w:tc>
        <w:tc>
          <w:tcPr>
            <w:tcW w:w="2126" w:type="dxa"/>
          </w:tcPr>
          <w:p w:rsidR="00530A1F" w:rsidRDefault="004A1C03">
            <w:r>
              <w:rPr>
                <w:rFonts w:ascii="Calibri" w:hAnsi="Calibri"/>
                <w:sz w:val="16"/>
              </w:rPr>
              <w:t>TAR.9.1.2. Tarihin doğasını farklı kaynaklar üzerinden inceleyebilme</w:t>
            </w:r>
          </w:p>
        </w:tc>
        <w:tc>
          <w:tcPr>
            <w:tcW w:w="4601" w:type="dxa"/>
          </w:tcPr>
          <w:p w:rsidR="00530A1F" w:rsidRDefault="004A1C03">
            <w:r>
              <w:rPr>
                <w:rFonts w:ascii="Calibri" w:hAnsi="Calibri"/>
                <w:sz w:val="16"/>
              </w:rPr>
              <w:t>a) Farklı kaynaklardan temel bilgileri tespit eder. b) Temel bilgileri açıklar.</w:t>
            </w:r>
          </w:p>
        </w:tc>
        <w:tc>
          <w:tcPr>
            <w:tcW w:w="1710" w:type="dxa"/>
          </w:tcPr>
          <w:p w:rsidR="00530A1F" w:rsidRDefault="004A1C03">
            <w:r>
              <w:rPr>
                <w:rFonts w:ascii="Calibri" w:hAnsi="Calibri"/>
                <w:sz w:val="16"/>
              </w:rPr>
              <w:t>Çalışma yaprağı, performans görevleri.</w:t>
            </w:r>
          </w:p>
        </w:tc>
        <w:tc>
          <w:tcPr>
            <w:tcW w:w="1710" w:type="dxa"/>
          </w:tcPr>
          <w:p w:rsidR="00530A1F" w:rsidRDefault="00530A1F">
            <w:pPr>
              <w:jc w:val="center"/>
            </w:pPr>
          </w:p>
        </w:tc>
      </w:tr>
      <w:tr w:rsidR="00530A1F" w:rsidTr="004A1C03">
        <w:trPr>
          <w:jc w:val="center"/>
        </w:trPr>
        <w:tc>
          <w:tcPr>
            <w:tcW w:w="707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EKİM</w:t>
            </w:r>
          </w:p>
        </w:tc>
        <w:tc>
          <w:tcPr>
            <w:tcW w:w="992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6. Hafta: 19-23 Ekim</w:t>
            </w:r>
          </w:p>
        </w:tc>
        <w:tc>
          <w:tcPr>
            <w:tcW w:w="709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1. GEÇMİŞİN İNŞA SÜRECİNDE TARİH</w:t>
            </w:r>
          </w:p>
        </w:tc>
        <w:tc>
          <w:tcPr>
            <w:tcW w:w="1417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Tarihsel Bilginin Üretim Süreci</w:t>
            </w:r>
          </w:p>
        </w:tc>
        <w:tc>
          <w:tcPr>
            <w:tcW w:w="2126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TAR.9.1.2. Tarihin doğasını farklı kaynaklar üzerinden inceleyebilme</w:t>
            </w:r>
          </w:p>
        </w:tc>
        <w:tc>
          <w:tcPr>
            <w:tcW w:w="4601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a) Farklı kaynaklardan temel bilgileri tespit eder. b) Temel bilgileri açıklar.</w:t>
            </w:r>
          </w:p>
        </w:tc>
        <w:tc>
          <w:tcPr>
            <w:tcW w:w="1710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Çalışma yaprağı, bilgi görseli.</w:t>
            </w:r>
          </w:p>
        </w:tc>
        <w:tc>
          <w:tcPr>
            <w:tcW w:w="1710" w:type="dxa"/>
            <w:shd w:val="clear" w:color="auto" w:fill="F9FAFB"/>
          </w:tcPr>
          <w:p w:rsidR="00530A1F" w:rsidRDefault="00530A1F">
            <w:pPr>
              <w:jc w:val="center"/>
            </w:pPr>
          </w:p>
        </w:tc>
      </w:tr>
      <w:tr w:rsidR="00530A1F" w:rsidTr="004A1C03">
        <w:trPr>
          <w:jc w:val="center"/>
        </w:trPr>
        <w:tc>
          <w:tcPr>
            <w:tcW w:w="707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EKİM</w:t>
            </w:r>
          </w:p>
        </w:tc>
        <w:tc>
          <w:tcPr>
            <w:tcW w:w="992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7. Hafta: 26 - 30 Ekim</w:t>
            </w:r>
          </w:p>
        </w:tc>
        <w:tc>
          <w:tcPr>
            <w:tcW w:w="709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</w:tcPr>
          <w:p w:rsidR="00530A1F" w:rsidRDefault="004A1C03">
            <w:r>
              <w:rPr>
                <w:rFonts w:ascii="Calibri" w:hAnsi="Calibri"/>
                <w:sz w:val="16"/>
              </w:rPr>
              <w:t>1. GEÇMİŞİN İNŞA SÜRECİNDE TARİH</w:t>
            </w:r>
          </w:p>
        </w:tc>
        <w:tc>
          <w:tcPr>
            <w:tcW w:w="1417" w:type="dxa"/>
          </w:tcPr>
          <w:p w:rsidR="00530A1F" w:rsidRDefault="004A1C03">
            <w:r>
              <w:rPr>
                <w:rFonts w:ascii="Calibri" w:hAnsi="Calibri"/>
                <w:sz w:val="16"/>
              </w:rPr>
              <w:t>Tarih Araştırma ve Yazımında Dijitalleşme</w:t>
            </w:r>
          </w:p>
        </w:tc>
        <w:tc>
          <w:tcPr>
            <w:tcW w:w="2126" w:type="dxa"/>
          </w:tcPr>
          <w:p w:rsidR="00530A1F" w:rsidRDefault="004A1C03">
            <w:r>
              <w:rPr>
                <w:rFonts w:ascii="Calibri" w:hAnsi="Calibri"/>
                <w:sz w:val="16"/>
              </w:rPr>
              <w:t>TAR.9.1.4. Dijitalleşmenin tarih araştırma ve yazımının dönüşümüne etkisini değerlendirebilme</w:t>
            </w:r>
          </w:p>
        </w:tc>
        <w:tc>
          <w:tcPr>
            <w:tcW w:w="4601" w:type="dxa"/>
          </w:tcPr>
          <w:p w:rsidR="00530A1F" w:rsidRDefault="004A1C03">
            <w:r>
              <w:rPr>
                <w:rFonts w:ascii="Calibri" w:hAnsi="Calibri"/>
                <w:sz w:val="16"/>
              </w:rPr>
              <w:t>a) Dijitalleşme öncesi ve dijital dönem süreçlerini karşılaştırır. b) Dönüşüme dair yargıda bulunur.</w:t>
            </w:r>
          </w:p>
        </w:tc>
        <w:tc>
          <w:tcPr>
            <w:tcW w:w="1710" w:type="dxa"/>
          </w:tcPr>
          <w:p w:rsidR="00530A1F" w:rsidRDefault="004A1C03">
            <w:r>
              <w:rPr>
                <w:rFonts w:ascii="Calibri" w:hAnsi="Calibri"/>
                <w:sz w:val="16"/>
              </w:rPr>
              <w:t>Bilgi görseli, performans görevleri.</w:t>
            </w:r>
          </w:p>
        </w:tc>
        <w:tc>
          <w:tcPr>
            <w:tcW w:w="1710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Cumhuriyet Bayramı</w:t>
            </w:r>
          </w:p>
        </w:tc>
      </w:tr>
      <w:tr w:rsidR="00530A1F" w:rsidTr="004A1C03">
        <w:trPr>
          <w:jc w:val="center"/>
        </w:trPr>
        <w:tc>
          <w:tcPr>
            <w:tcW w:w="707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KASIM</w:t>
            </w:r>
          </w:p>
        </w:tc>
        <w:tc>
          <w:tcPr>
            <w:tcW w:w="992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8. Hafta: 02-06 Kasım</w:t>
            </w:r>
          </w:p>
        </w:tc>
        <w:tc>
          <w:tcPr>
            <w:tcW w:w="709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1. GEÇMİŞİN İNŞA SÜRECİNDE TARİH</w:t>
            </w:r>
          </w:p>
        </w:tc>
        <w:tc>
          <w:tcPr>
            <w:tcW w:w="1417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Tarih Araştırma ve Yazımında Dijitalleşme</w:t>
            </w:r>
          </w:p>
        </w:tc>
        <w:tc>
          <w:tcPr>
            <w:tcW w:w="2126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TAR.9.1.4. Dijitalleşmenin tarih araştırma ve yazımının dönüşümüne etkisini değerlendirebilme</w:t>
            </w:r>
          </w:p>
        </w:tc>
        <w:tc>
          <w:tcPr>
            <w:tcW w:w="4601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a) Dijitalleşme öncesi ve dijital dönem süreçlerini karşılaştırır. b) Dönüşüme dair yargıda bulunur.</w:t>
            </w:r>
          </w:p>
        </w:tc>
        <w:tc>
          <w:tcPr>
            <w:tcW w:w="1710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Çalışma yaprağı, bilgi görseli.</w:t>
            </w:r>
          </w:p>
        </w:tc>
        <w:tc>
          <w:tcPr>
            <w:tcW w:w="1710" w:type="dxa"/>
            <w:shd w:val="clear" w:color="auto" w:fill="F9FAFB"/>
          </w:tcPr>
          <w:p w:rsidR="00530A1F" w:rsidRDefault="00530A1F">
            <w:pPr>
              <w:jc w:val="center"/>
            </w:pPr>
          </w:p>
        </w:tc>
      </w:tr>
      <w:tr w:rsidR="00530A1F" w:rsidTr="004A1C03">
        <w:trPr>
          <w:jc w:val="center"/>
        </w:trPr>
        <w:tc>
          <w:tcPr>
            <w:tcW w:w="707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KASIM</w:t>
            </w:r>
          </w:p>
        </w:tc>
        <w:tc>
          <w:tcPr>
            <w:tcW w:w="992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9. Hafta: 9-13 Kasım</w:t>
            </w:r>
          </w:p>
        </w:tc>
        <w:tc>
          <w:tcPr>
            <w:tcW w:w="709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</w:tcPr>
          <w:p w:rsidR="00530A1F" w:rsidRDefault="004A1C03">
            <w:r>
              <w:rPr>
                <w:rFonts w:ascii="Calibri" w:hAnsi="Calibri"/>
                <w:sz w:val="16"/>
              </w:rPr>
              <w:t>2. ESKİ ÇAĞ MEDENİYETLERİ</w:t>
            </w:r>
          </w:p>
        </w:tc>
        <w:tc>
          <w:tcPr>
            <w:tcW w:w="1417" w:type="dxa"/>
          </w:tcPr>
          <w:p w:rsidR="00530A1F" w:rsidRDefault="004A1C03">
            <w:r>
              <w:rPr>
                <w:rFonts w:ascii="Calibri" w:hAnsi="Calibri"/>
                <w:sz w:val="16"/>
              </w:rPr>
              <w:t xml:space="preserve">Tarım Devrimi’nin Eski Çağ Medeniyetlerindeki Yerleşmeye ve </w:t>
            </w:r>
            <w:r>
              <w:rPr>
                <w:rFonts w:ascii="Calibri" w:hAnsi="Calibri"/>
                <w:sz w:val="16"/>
              </w:rPr>
              <w:lastRenderedPageBreak/>
              <w:t>Ekonomiye Etkisi</w:t>
            </w:r>
          </w:p>
        </w:tc>
        <w:tc>
          <w:tcPr>
            <w:tcW w:w="2126" w:type="dxa"/>
          </w:tcPr>
          <w:p w:rsidR="00530A1F" w:rsidRDefault="004A1C03">
            <w:r>
              <w:rPr>
                <w:rFonts w:ascii="Calibri" w:hAnsi="Calibri"/>
                <w:sz w:val="16"/>
              </w:rPr>
              <w:lastRenderedPageBreak/>
              <w:t xml:space="preserve">TAR.9.2.1. Tarım Devrimi’nin Eski Çağ medeniyetlerindeki yerleşmeye ve ekonomik faaliyetlere etkisini </w:t>
            </w:r>
            <w:r>
              <w:rPr>
                <w:rFonts w:ascii="Calibri" w:hAnsi="Calibri"/>
                <w:sz w:val="16"/>
              </w:rPr>
              <w:lastRenderedPageBreak/>
              <w:t>değerlendirebilme</w:t>
            </w:r>
          </w:p>
        </w:tc>
        <w:tc>
          <w:tcPr>
            <w:tcW w:w="4601" w:type="dxa"/>
          </w:tcPr>
          <w:p w:rsidR="00530A1F" w:rsidRDefault="004A1C03">
            <w:r>
              <w:rPr>
                <w:rFonts w:ascii="Calibri" w:hAnsi="Calibri"/>
                <w:sz w:val="16"/>
              </w:rPr>
              <w:lastRenderedPageBreak/>
              <w:t>a) Özelliklerini belirler. b) Zaman ve mekân açısından karşılaştırır. c) Etkileriyle ilgili yargıda bulunur.</w:t>
            </w:r>
          </w:p>
        </w:tc>
        <w:tc>
          <w:tcPr>
            <w:tcW w:w="1710" w:type="dxa"/>
          </w:tcPr>
          <w:p w:rsidR="00530A1F" w:rsidRDefault="004A1C03">
            <w:r>
              <w:rPr>
                <w:rFonts w:ascii="Calibri" w:hAnsi="Calibri"/>
                <w:sz w:val="16"/>
              </w:rPr>
              <w:t>Çalışma yaprağı, kısa metin, çıkış kartı, tarihsel empati formu.</w:t>
            </w:r>
          </w:p>
        </w:tc>
        <w:tc>
          <w:tcPr>
            <w:tcW w:w="1710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Atatürk Haftası</w:t>
            </w:r>
          </w:p>
        </w:tc>
      </w:tr>
      <w:tr w:rsidR="00530A1F" w:rsidTr="004A1C03">
        <w:trPr>
          <w:jc w:val="center"/>
        </w:trPr>
        <w:tc>
          <w:tcPr>
            <w:tcW w:w="15390" w:type="dxa"/>
            <w:gridSpan w:val="9"/>
            <w:shd w:val="clear" w:color="auto" w:fill="E9EEF4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b/>
                <w:color w:val="1F4E79"/>
                <w:sz w:val="18"/>
              </w:rPr>
              <w:lastRenderedPageBreak/>
              <w:t>1.ARA TATİL</w:t>
            </w:r>
          </w:p>
        </w:tc>
      </w:tr>
      <w:tr w:rsidR="00530A1F" w:rsidTr="004A1C03">
        <w:trPr>
          <w:jc w:val="center"/>
        </w:trPr>
        <w:tc>
          <w:tcPr>
            <w:tcW w:w="707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KASIM</w:t>
            </w:r>
          </w:p>
        </w:tc>
        <w:tc>
          <w:tcPr>
            <w:tcW w:w="992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10. Hafta: 23-27 Kasım</w:t>
            </w:r>
          </w:p>
        </w:tc>
        <w:tc>
          <w:tcPr>
            <w:tcW w:w="709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</w:tcPr>
          <w:p w:rsidR="00530A1F" w:rsidRDefault="004A1C03">
            <w:r>
              <w:rPr>
                <w:rFonts w:ascii="Calibri" w:hAnsi="Calibri"/>
                <w:sz w:val="16"/>
              </w:rPr>
              <w:t>2. ESKİ ÇAĞ MEDENİYETLERİ</w:t>
            </w:r>
          </w:p>
        </w:tc>
        <w:tc>
          <w:tcPr>
            <w:tcW w:w="1417" w:type="dxa"/>
          </w:tcPr>
          <w:p w:rsidR="00530A1F" w:rsidRDefault="004A1C03">
            <w:r>
              <w:rPr>
                <w:rFonts w:ascii="Calibri" w:hAnsi="Calibri"/>
                <w:sz w:val="16"/>
              </w:rPr>
              <w:t>Tarım Devrimi’nin Eski Çağ Medeniyetlerindeki Yerleşmeye ve Ekonomiye Etkisi</w:t>
            </w:r>
          </w:p>
        </w:tc>
        <w:tc>
          <w:tcPr>
            <w:tcW w:w="2126" w:type="dxa"/>
          </w:tcPr>
          <w:p w:rsidR="00530A1F" w:rsidRDefault="004A1C03">
            <w:r>
              <w:rPr>
                <w:rFonts w:ascii="Calibri" w:hAnsi="Calibri"/>
                <w:sz w:val="16"/>
              </w:rPr>
              <w:t>TAR.9.2.1. Tarım Devrimi’nin Eski Çağ medeniyetlerindeki yerleşmeye ve ekonomik faaliyetlere etkisini değerlendirebilme</w:t>
            </w:r>
          </w:p>
        </w:tc>
        <w:tc>
          <w:tcPr>
            <w:tcW w:w="4601" w:type="dxa"/>
          </w:tcPr>
          <w:p w:rsidR="00530A1F" w:rsidRDefault="004A1C03">
            <w:r>
              <w:rPr>
                <w:rFonts w:ascii="Calibri" w:hAnsi="Calibri"/>
                <w:sz w:val="16"/>
              </w:rPr>
              <w:t>a) Özelliklerini belirler. b) Zaman ve mekân açısından karşılaştırır. c) Etkileriyle ilgili yargıda bulunur.</w:t>
            </w:r>
          </w:p>
        </w:tc>
        <w:tc>
          <w:tcPr>
            <w:tcW w:w="1710" w:type="dxa"/>
          </w:tcPr>
          <w:p w:rsidR="00530A1F" w:rsidRDefault="004A1C03">
            <w:r>
              <w:rPr>
                <w:rFonts w:ascii="Calibri" w:hAnsi="Calibri"/>
                <w:sz w:val="16"/>
              </w:rPr>
              <w:t>Çıkış kartı, tarihsel empati formu, performans görevi.</w:t>
            </w:r>
          </w:p>
        </w:tc>
        <w:tc>
          <w:tcPr>
            <w:tcW w:w="1710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Dünya Çocuk Hakları Günü / 24 Kasım Öğretmenler Günü</w:t>
            </w:r>
          </w:p>
        </w:tc>
      </w:tr>
      <w:tr w:rsidR="00530A1F" w:rsidTr="004A1C03">
        <w:trPr>
          <w:jc w:val="center"/>
        </w:trPr>
        <w:tc>
          <w:tcPr>
            <w:tcW w:w="707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ARALIK</w:t>
            </w:r>
          </w:p>
        </w:tc>
        <w:tc>
          <w:tcPr>
            <w:tcW w:w="992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11. Hafta: 30 Kasım-04 Aralık</w:t>
            </w:r>
          </w:p>
        </w:tc>
        <w:tc>
          <w:tcPr>
            <w:tcW w:w="709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2. ESKİ ÇAĞ MEDENİYETLERİ</w:t>
            </w:r>
          </w:p>
        </w:tc>
        <w:tc>
          <w:tcPr>
            <w:tcW w:w="1417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Eski Çağ Medeniyetlerinde Yönetim ve Ordu</w:t>
            </w:r>
          </w:p>
        </w:tc>
        <w:tc>
          <w:tcPr>
            <w:tcW w:w="2126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TAR.9.2.2. Eski Çağ’daki farklı medeniyetlerin yönetim ve ordu sistemlerini özetleyebilme</w:t>
            </w:r>
          </w:p>
        </w:tc>
        <w:tc>
          <w:tcPr>
            <w:tcW w:w="4601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a) Çözümleme yapar. b) Sınıflandırma yapar. c) Yorumlar.</w:t>
            </w:r>
          </w:p>
        </w:tc>
        <w:tc>
          <w:tcPr>
            <w:tcW w:w="1710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Çalışma yaprağı, kısa metin, performans görevi.</w:t>
            </w:r>
          </w:p>
        </w:tc>
        <w:tc>
          <w:tcPr>
            <w:tcW w:w="1710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Dünya Engelliler Günü</w:t>
            </w:r>
          </w:p>
        </w:tc>
      </w:tr>
      <w:tr w:rsidR="00530A1F" w:rsidTr="004A1C03">
        <w:trPr>
          <w:jc w:val="center"/>
        </w:trPr>
        <w:tc>
          <w:tcPr>
            <w:tcW w:w="707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ARALIK</w:t>
            </w:r>
          </w:p>
        </w:tc>
        <w:tc>
          <w:tcPr>
            <w:tcW w:w="992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12. Hafta: 7-11 Aralık</w:t>
            </w:r>
          </w:p>
        </w:tc>
        <w:tc>
          <w:tcPr>
            <w:tcW w:w="709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</w:tcPr>
          <w:p w:rsidR="00530A1F" w:rsidRDefault="004A1C03">
            <w:r>
              <w:rPr>
                <w:rFonts w:ascii="Calibri" w:hAnsi="Calibri"/>
                <w:sz w:val="16"/>
              </w:rPr>
              <w:t>2. ESKİ ÇAĞ MEDENİYETLERİ</w:t>
            </w:r>
          </w:p>
        </w:tc>
        <w:tc>
          <w:tcPr>
            <w:tcW w:w="1417" w:type="dxa"/>
          </w:tcPr>
          <w:p w:rsidR="00530A1F" w:rsidRDefault="004A1C03">
            <w:r>
              <w:rPr>
                <w:rFonts w:ascii="Calibri" w:hAnsi="Calibri"/>
                <w:sz w:val="16"/>
              </w:rPr>
              <w:t>Eski Çağ Medeniyetlerinde Yönetim ve Ordu</w:t>
            </w:r>
          </w:p>
        </w:tc>
        <w:tc>
          <w:tcPr>
            <w:tcW w:w="2126" w:type="dxa"/>
          </w:tcPr>
          <w:p w:rsidR="00530A1F" w:rsidRDefault="004A1C03">
            <w:r>
              <w:rPr>
                <w:rFonts w:ascii="Calibri" w:hAnsi="Calibri"/>
                <w:sz w:val="16"/>
              </w:rPr>
              <w:t>TAR.9.2.2. Eski Çağ’daki farklı medeniyetlerin yönetim ve ordu sistemlerini özetleyebilme</w:t>
            </w:r>
          </w:p>
        </w:tc>
        <w:tc>
          <w:tcPr>
            <w:tcW w:w="4601" w:type="dxa"/>
          </w:tcPr>
          <w:p w:rsidR="00530A1F" w:rsidRDefault="004A1C03">
            <w:r>
              <w:rPr>
                <w:rFonts w:ascii="Calibri" w:hAnsi="Calibri"/>
                <w:sz w:val="16"/>
              </w:rPr>
              <w:t>a) Çözümleme yapar. b) Sınıflandırma yapar. c) Yorumlar.</w:t>
            </w:r>
          </w:p>
        </w:tc>
        <w:tc>
          <w:tcPr>
            <w:tcW w:w="1710" w:type="dxa"/>
          </w:tcPr>
          <w:p w:rsidR="00530A1F" w:rsidRDefault="004A1C03">
            <w:r>
              <w:rPr>
                <w:rFonts w:ascii="Calibri" w:hAnsi="Calibri"/>
                <w:sz w:val="16"/>
              </w:rPr>
              <w:t>Kısa metin, çıkış kartı, tarihsel empati formu.</w:t>
            </w:r>
          </w:p>
        </w:tc>
        <w:tc>
          <w:tcPr>
            <w:tcW w:w="1710" w:type="dxa"/>
          </w:tcPr>
          <w:p w:rsidR="00530A1F" w:rsidRDefault="00530A1F">
            <w:pPr>
              <w:jc w:val="center"/>
            </w:pPr>
          </w:p>
        </w:tc>
      </w:tr>
      <w:tr w:rsidR="00530A1F" w:rsidTr="004A1C03">
        <w:trPr>
          <w:jc w:val="center"/>
        </w:trPr>
        <w:tc>
          <w:tcPr>
            <w:tcW w:w="707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ARALIK</w:t>
            </w:r>
          </w:p>
        </w:tc>
        <w:tc>
          <w:tcPr>
            <w:tcW w:w="992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13. Hafta: 14-18 Aralık</w:t>
            </w:r>
          </w:p>
        </w:tc>
        <w:tc>
          <w:tcPr>
            <w:tcW w:w="709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2. ESKİ ÇAĞ MEDENİYETLERİ</w:t>
            </w:r>
          </w:p>
        </w:tc>
        <w:tc>
          <w:tcPr>
            <w:tcW w:w="1417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Eski Çağ Medeniyetlerinde Hukuk</w:t>
            </w:r>
          </w:p>
        </w:tc>
        <w:tc>
          <w:tcPr>
            <w:tcW w:w="2126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TAR.9.2.3. Eski Çağ medeniyetlerinde hukukun toplumsal düzeni sağlamadaki rolünü sorgulayabilme</w:t>
            </w:r>
          </w:p>
        </w:tc>
        <w:tc>
          <w:tcPr>
            <w:tcW w:w="4601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a) Merak ettiği konuları belirler. b) Sorular sorar (5N1K). c) Bilgi toplar. ç) Bilgileri değerlendirir. d) Çıkarım yapar.</w:t>
            </w:r>
          </w:p>
        </w:tc>
        <w:tc>
          <w:tcPr>
            <w:tcW w:w="1710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Çalışma yaprağı, çıkış kartı.</w:t>
            </w:r>
          </w:p>
        </w:tc>
        <w:tc>
          <w:tcPr>
            <w:tcW w:w="1710" w:type="dxa"/>
            <w:shd w:val="clear" w:color="auto" w:fill="F9FAFB"/>
          </w:tcPr>
          <w:p w:rsidR="00530A1F" w:rsidRDefault="00530A1F">
            <w:pPr>
              <w:jc w:val="center"/>
            </w:pPr>
          </w:p>
        </w:tc>
      </w:tr>
      <w:tr w:rsidR="00530A1F" w:rsidTr="004A1C03">
        <w:trPr>
          <w:jc w:val="center"/>
        </w:trPr>
        <w:tc>
          <w:tcPr>
            <w:tcW w:w="707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ARALIK</w:t>
            </w:r>
          </w:p>
        </w:tc>
        <w:tc>
          <w:tcPr>
            <w:tcW w:w="992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14. Hafta: 21-25 Aralık</w:t>
            </w:r>
          </w:p>
        </w:tc>
        <w:tc>
          <w:tcPr>
            <w:tcW w:w="709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</w:tcPr>
          <w:p w:rsidR="00530A1F" w:rsidRDefault="004A1C03">
            <w:r>
              <w:rPr>
                <w:rFonts w:ascii="Calibri" w:hAnsi="Calibri"/>
                <w:sz w:val="16"/>
              </w:rPr>
              <w:t>2. ESKİ ÇAĞ MEDENİYETLERİ</w:t>
            </w:r>
          </w:p>
        </w:tc>
        <w:tc>
          <w:tcPr>
            <w:tcW w:w="1417" w:type="dxa"/>
          </w:tcPr>
          <w:p w:rsidR="00530A1F" w:rsidRDefault="004A1C03">
            <w:r>
              <w:rPr>
                <w:rFonts w:ascii="Calibri" w:hAnsi="Calibri"/>
                <w:sz w:val="16"/>
              </w:rPr>
              <w:t>Eski Çağ Medeniyetlerinde Hukuk</w:t>
            </w:r>
          </w:p>
        </w:tc>
        <w:tc>
          <w:tcPr>
            <w:tcW w:w="2126" w:type="dxa"/>
          </w:tcPr>
          <w:p w:rsidR="00530A1F" w:rsidRDefault="004A1C03">
            <w:r>
              <w:rPr>
                <w:rFonts w:ascii="Calibri" w:hAnsi="Calibri"/>
                <w:sz w:val="16"/>
              </w:rPr>
              <w:t>TAR.9.2.3. Eski Çağ medeniyetlerinde hukukun toplumsal düzeni sağlamadaki rolünü sorgulayabilme</w:t>
            </w:r>
          </w:p>
        </w:tc>
        <w:tc>
          <w:tcPr>
            <w:tcW w:w="4601" w:type="dxa"/>
          </w:tcPr>
          <w:p w:rsidR="00530A1F" w:rsidRDefault="004A1C03">
            <w:r>
              <w:rPr>
                <w:rFonts w:ascii="Calibri" w:hAnsi="Calibri"/>
                <w:sz w:val="16"/>
              </w:rPr>
              <w:t>a) Merak ettiği konuları belirler. b) Sorular sorar (5N1K). c) Bilgi toplar. ç) Bilgileri değerlendirir. d) Çıkarım yapar.</w:t>
            </w:r>
          </w:p>
        </w:tc>
        <w:tc>
          <w:tcPr>
            <w:tcW w:w="1710" w:type="dxa"/>
          </w:tcPr>
          <w:p w:rsidR="00530A1F" w:rsidRDefault="004A1C03">
            <w:r>
              <w:rPr>
                <w:rFonts w:ascii="Calibri" w:hAnsi="Calibri"/>
                <w:sz w:val="16"/>
              </w:rPr>
              <w:t>Tarihsel empati formu, performans görevi.</w:t>
            </w:r>
          </w:p>
        </w:tc>
        <w:tc>
          <w:tcPr>
            <w:tcW w:w="1710" w:type="dxa"/>
          </w:tcPr>
          <w:p w:rsidR="00530A1F" w:rsidRDefault="00530A1F">
            <w:pPr>
              <w:jc w:val="center"/>
            </w:pPr>
          </w:p>
        </w:tc>
      </w:tr>
      <w:tr w:rsidR="00530A1F" w:rsidTr="004A1C03">
        <w:trPr>
          <w:jc w:val="center"/>
        </w:trPr>
        <w:tc>
          <w:tcPr>
            <w:tcW w:w="707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ARALIK</w:t>
            </w:r>
          </w:p>
        </w:tc>
        <w:tc>
          <w:tcPr>
            <w:tcW w:w="992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15. Hafta: 28 Aralık-01 Ocak</w:t>
            </w:r>
          </w:p>
        </w:tc>
        <w:tc>
          <w:tcPr>
            <w:tcW w:w="709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2. ESKİ ÇAĞ MEDENİYETLERİ</w:t>
            </w:r>
          </w:p>
        </w:tc>
        <w:tc>
          <w:tcPr>
            <w:tcW w:w="1417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Eski Çağ Medeniyetlerinde Hukuk</w:t>
            </w:r>
          </w:p>
        </w:tc>
        <w:tc>
          <w:tcPr>
            <w:tcW w:w="2126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TAR.9.2.3. Eski Çağ medeniyetlerinde hukukun toplumsal düzeni sağlamadaki rolünü sorgulayabilme</w:t>
            </w:r>
          </w:p>
        </w:tc>
        <w:tc>
          <w:tcPr>
            <w:tcW w:w="4601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a) Merak ettiği konuları belirler. b) Sorular sorar (5N1K). c) Bilgi toplar. ç) Bilgileri değerlendirir. d) Çıkarım yapar.</w:t>
            </w:r>
          </w:p>
        </w:tc>
        <w:tc>
          <w:tcPr>
            <w:tcW w:w="1710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Kısa metin, çalışma yaprağı.</w:t>
            </w:r>
          </w:p>
        </w:tc>
        <w:tc>
          <w:tcPr>
            <w:tcW w:w="1710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Yılbaşı Tatili</w:t>
            </w:r>
          </w:p>
        </w:tc>
      </w:tr>
      <w:tr w:rsidR="00530A1F" w:rsidTr="004A1C03">
        <w:trPr>
          <w:jc w:val="center"/>
        </w:trPr>
        <w:tc>
          <w:tcPr>
            <w:tcW w:w="707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OCAK</w:t>
            </w:r>
          </w:p>
        </w:tc>
        <w:tc>
          <w:tcPr>
            <w:tcW w:w="992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16. Hafta: 04-08 Ocak</w:t>
            </w:r>
          </w:p>
        </w:tc>
        <w:tc>
          <w:tcPr>
            <w:tcW w:w="709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</w:tcPr>
          <w:p w:rsidR="00530A1F" w:rsidRDefault="004A1C03">
            <w:r>
              <w:rPr>
                <w:rFonts w:ascii="Calibri" w:hAnsi="Calibri"/>
                <w:sz w:val="16"/>
              </w:rPr>
              <w:t>2. ESKİ ÇAĞ MEDENİYETLERİ</w:t>
            </w:r>
          </w:p>
        </w:tc>
        <w:tc>
          <w:tcPr>
            <w:tcW w:w="1417" w:type="dxa"/>
          </w:tcPr>
          <w:p w:rsidR="00530A1F" w:rsidRDefault="004A1C03">
            <w:r>
              <w:rPr>
                <w:rFonts w:ascii="Calibri" w:hAnsi="Calibri"/>
                <w:sz w:val="16"/>
              </w:rPr>
              <w:t>Eski Çağ’da İnançlar ile Bilim ve Sanat Anlayışları</w:t>
            </w:r>
          </w:p>
        </w:tc>
        <w:tc>
          <w:tcPr>
            <w:tcW w:w="2126" w:type="dxa"/>
          </w:tcPr>
          <w:p w:rsidR="00530A1F" w:rsidRDefault="004A1C03">
            <w:r>
              <w:rPr>
                <w:rFonts w:ascii="Calibri" w:hAnsi="Calibri"/>
                <w:sz w:val="16"/>
              </w:rPr>
              <w:t>TAR.9.2.4. Eski Çağ toplumlarındaki inançlar ile bilim ve sanat anlayışları arasındaki ilişkiyi yorumlayabilme</w:t>
            </w:r>
          </w:p>
        </w:tc>
        <w:tc>
          <w:tcPr>
            <w:tcW w:w="4601" w:type="dxa"/>
          </w:tcPr>
          <w:p w:rsidR="00530A1F" w:rsidRDefault="004A1C03">
            <w:r>
              <w:rPr>
                <w:rFonts w:ascii="Calibri" w:hAnsi="Calibri"/>
                <w:sz w:val="16"/>
              </w:rPr>
              <w:t>a) Kaynakları inceler. b) Bilgileri biçimlere dönüştürür. c) İlişkiyi açıklar.</w:t>
            </w:r>
          </w:p>
        </w:tc>
        <w:tc>
          <w:tcPr>
            <w:tcW w:w="1710" w:type="dxa"/>
          </w:tcPr>
          <w:p w:rsidR="00530A1F" w:rsidRDefault="004A1C03">
            <w:r>
              <w:rPr>
                <w:rFonts w:ascii="Calibri" w:hAnsi="Calibri"/>
                <w:sz w:val="16"/>
              </w:rPr>
              <w:t>Çalışma yaprağı, kısa metin, performans görevi.</w:t>
            </w:r>
          </w:p>
        </w:tc>
        <w:tc>
          <w:tcPr>
            <w:tcW w:w="1710" w:type="dxa"/>
          </w:tcPr>
          <w:p w:rsidR="00530A1F" w:rsidRDefault="00530A1F">
            <w:pPr>
              <w:jc w:val="center"/>
            </w:pPr>
          </w:p>
        </w:tc>
      </w:tr>
      <w:tr w:rsidR="00530A1F" w:rsidTr="004A1C03">
        <w:trPr>
          <w:jc w:val="center"/>
        </w:trPr>
        <w:tc>
          <w:tcPr>
            <w:tcW w:w="707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OCAK</w:t>
            </w:r>
          </w:p>
        </w:tc>
        <w:tc>
          <w:tcPr>
            <w:tcW w:w="992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17. Hafta: 11-15 Ocak</w:t>
            </w:r>
          </w:p>
        </w:tc>
        <w:tc>
          <w:tcPr>
            <w:tcW w:w="709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2. ESKİ ÇAĞ MEDENİYETLERİ</w:t>
            </w:r>
          </w:p>
        </w:tc>
        <w:tc>
          <w:tcPr>
            <w:tcW w:w="1417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 xml:space="preserve">Eski Çağ’da İnançlar ile Bilim </w:t>
            </w:r>
            <w:r>
              <w:rPr>
                <w:rFonts w:ascii="Calibri" w:hAnsi="Calibri"/>
                <w:sz w:val="16"/>
              </w:rPr>
              <w:lastRenderedPageBreak/>
              <w:t>ve Sanat Anlayışları</w:t>
            </w:r>
          </w:p>
        </w:tc>
        <w:tc>
          <w:tcPr>
            <w:tcW w:w="2126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lastRenderedPageBreak/>
              <w:t xml:space="preserve">TAR.9.2.4. Eski Çağ toplumlarındaki inançlar ile </w:t>
            </w:r>
            <w:r>
              <w:rPr>
                <w:rFonts w:ascii="Calibri" w:hAnsi="Calibri"/>
                <w:sz w:val="16"/>
              </w:rPr>
              <w:lastRenderedPageBreak/>
              <w:t>bilim ve sanat anlayışları arasındaki ilişkiyi yorumlayabilme</w:t>
            </w:r>
          </w:p>
        </w:tc>
        <w:tc>
          <w:tcPr>
            <w:tcW w:w="4601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lastRenderedPageBreak/>
              <w:t>a) Kaynakları inceler. b) Bilgileri biçimlere dönüştürür. c) İlişkiyi açıklar.</w:t>
            </w:r>
          </w:p>
        </w:tc>
        <w:tc>
          <w:tcPr>
            <w:tcW w:w="1710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Çıkış kartı, tarihsel empati formu.</w:t>
            </w:r>
          </w:p>
        </w:tc>
        <w:tc>
          <w:tcPr>
            <w:tcW w:w="1710" w:type="dxa"/>
            <w:shd w:val="clear" w:color="auto" w:fill="F9FAFB"/>
          </w:tcPr>
          <w:p w:rsidR="00530A1F" w:rsidRDefault="00530A1F">
            <w:pPr>
              <w:jc w:val="center"/>
            </w:pPr>
          </w:p>
        </w:tc>
      </w:tr>
      <w:tr w:rsidR="00530A1F" w:rsidTr="004A1C03">
        <w:trPr>
          <w:jc w:val="center"/>
        </w:trPr>
        <w:tc>
          <w:tcPr>
            <w:tcW w:w="707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lastRenderedPageBreak/>
              <w:t>OCAK</w:t>
            </w:r>
          </w:p>
        </w:tc>
        <w:tc>
          <w:tcPr>
            <w:tcW w:w="992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18. Hafta: 18-22 Ocak</w:t>
            </w:r>
          </w:p>
        </w:tc>
        <w:tc>
          <w:tcPr>
            <w:tcW w:w="709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</w:tcPr>
          <w:p w:rsidR="00530A1F" w:rsidRDefault="004A1C03">
            <w:r>
              <w:rPr>
                <w:rFonts w:ascii="Calibri" w:hAnsi="Calibri"/>
                <w:sz w:val="16"/>
              </w:rPr>
              <w:t>2. ESKİ ÇAĞ MEDENİYETLERİ</w:t>
            </w:r>
          </w:p>
        </w:tc>
        <w:tc>
          <w:tcPr>
            <w:tcW w:w="1417" w:type="dxa"/>
          </w:tcPr>
          <w:p w:rsidR="00530A1F" w:rsidRDefault="004A1C03">
            <w:r>
              <w:rPr>
                <w:rFonts w:ascii="Calibri" w:hAnsi="Calibri"/>
                <w:sz w:val="16"/>
              </w:rPr>
              <w:t>Eski Çağ’da İnançlar ile Bilim ve Sanat Anlayışları</w:t>
            </w:r>
          </w:p>
        </w:tc>
        <w:tc>
          <w:tcPr>
            <w:tcW w:w="2126" w:type="dxa"/>
          </w:tcPr>
          <w:p w:rsidR="00530A1F" w:rsidRDefault="004A1C03">
            <w:r>
              <w:rPr>
                <w:rFonts w:ascii="Calibri" w:hAnsi="Calibri"/>
                <w:sz w:val="16"/>
              </w:rPr>
              <w:t>TAR.9.2.4. Eski Çağ toplumlarındaki inançlar ile bilim ve sanat anlayışları arasındaki ilişkiyi yorumlayabilme</w:t>
            </w:r>
          </w:p>
        </w:tc>
        <w:tc>
          <w:tcPr>
            <w:tcW w:w="4601" w:type="dxa"/>
          </w:tcPr>
          <w:p w:rsidR="00530A1F" w:rsidRDefault="004A1C03">
            <w:r>
              <w:rPr>
                <w:rFonts w:ascii="Calibri" w:hAnsi="Calibri"/>
                <w:sz w:val="16"/>
              </w:rPr>
              <w:t>a) Kaynakları inceler. b) Bilgileri biçimlere dönüştürür. c) İlişkiyi açıklar.</w:t>
            </w:r>
          </w:p>
        </w:tc>
        <w:tc>
          <w:tcPr>
            <w:tcW w:w="1710" w:type="dxa"/>
          </w:tcPr>
          <w:p w:rsidR="00530A1F" w:rsidRDefault="004A1C03">
            <w:r>
              <w:rPr>
                <w:rFonts w:ascii="Calibri" w:hAnsi="Calibri"/>
                <w:sz w:val="16"/>
              </w:rPr>
              <w:t>Çalışma yaprağı, kısa metin.</w:t>
            </w:r>
          </w:p>
        </w:tc>
        <w:tc>
          <w:tcPr>
            <w:tcW w:w="1710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Birinci Dönemin Sona Ermesi</w:t>
            </w:r>
          </w:p>
        </w:tc>
      </w:tr>
      <w:tr w:rsidR="00530A1F" w:rsidTr="004A1C03">
        <w:trPr>
          <w:jc w:val="center"/>
        </w:trPr>
        <w:tc>
          <w:tcPr>
            <w:tcW w:w="15390" w:type="dxa"/>
            <w:gridSpan w:val="9"/>
            <w:shd w:val="clear" w:color="auto" w:fill="E9EEF4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b/>
                <w:color w:val="1F4E79"/>
                <w:sz w:val="18"/>
              </w:rPr>
              <w:t>YARIYIL TATİLİ</w:t>
            </w:r>
          </w:p>
        </w:tc>
      </w:tr>
      <w:tr w:rsidR="00530A1F" w:rsidTr="004A1C03">
        <w:trPr>
          <w:jc w:val="center"/>
        </w:trPr>
        <w:tc>
          <w:tcPr>
            <w:tcW w:w="707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ŞUBAT</w:t>
            </w:r>
          </w:p>
        </w:tc>
        <w:tc>
          <w:tcPr>
            <w:tcW w:w="992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19. Hafta: 8-12 Şubat</w:t>
            </w:r>
          </w:p>
        </w:tc>
        <w:tc>
          <w:tcPr>
            <w:tcW w:w="709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</w:tcPr>
          <w:p w:rsidR="00530A1F" w:rsidRDefault="004A1C03">
            <w:r>
              <w:rPr>
                <w:rFonts w:ascii="Calibri" w:hAnsi="Calibri"/>
                <w:sz w:val="16"/>
              </w:rPr>
              <w:t>2. ESKİ ÇAĞ MEDENİYETLERİ</w:t>
            </w:r>
          </w:p>
        </w:tc>
        <w:tc>
          <w:tcPr>
            <w:tcW w:w="1417" w:type="dxa"/>
          </w:tcPr>
          <w:p w:rsidR="00530A1F" w:rsidRDefault="004A1C03">
            <w:r>
              <w:rPr>
                <w:rFonts w:ascii="Calibri" w:hAnsi="Calibri"/>
                <w:sz w:val="16"/>
              </w:rPr>
              <w:t>Türklerde Konargöçer Yaşam</w:t>
            </w:r>
          </w:p>
        </w:tc>
        <w:tc>
          <w:tcPr>
            <w:tcW w:w="2126" w:type="dxa"/>
          </w:tcPr>
          <w:p w:rsidR="00530A1F" w:rsidRDefault="004A1C03">
            <w:r>
              <w:rPr>
                <w:rFonts w:ascii="Calibri" w:hAnsi="Calibri"/>
                <w:sz w:val="16"/>
              </w:rPr>
              <w:t>TAR.9.2.5. Türklerde konargöçer yaşama ilişkin bakış açısı geliştirebilme</w:t>
            </w:r>
          </w:p>
        </w:tc>
        <w:tc>
          <w:tcPr>
            <w:tcW w:w="4601" w:type="dxa"/>
          </w:tcPr>
          <w:p w:rsidR="00530A1F" w:rsidRDefault="004A1C03">
            <w:r>
              <w:rPr>
                <w:rFonts w:ascii="Calibri" w:hAnsi="Calibri"/>
                <w:sz w:val="16"/>
              </w:rPr>
              <w:t>a) Kaynaklardan inceler. b) Kendi cümleleriyle ifade eder. c) Çözümler. ç) Açıklar. d) Karşılaştırır. e) Çıkarımlarda bulunur. f) Bakış açısını ifade eder.</w:t>
            </w:r>
          </w:p>
        </w:tc>
        <w:tc>
          <w:tcPr>
            <w:tcW w:w="1710" w:type="dxa"/>
          </w:tcPr>
          <w:p w:rsidR="00530A1F" w:rsidRDefault="004A1C03">
            <w:r>
              <w:rPr>
                <w:rFonts w:ascii="Calibri" w:hAnsi="Calibri"/>
                <w:sz w:val="16"/>
              </w:rPr>
              <w:t>Değişim ve süreklilik formu, bilgi görseli, zihin haritası.</w:t>
            </w:r>
          </w:p>
        </w:tc>
        <w:tc>
          <w:tcPr>
            <w:tcW w:w="1710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İkinci Yarıyıl Başlangıcı</w:t>
            </w:r>
          </w:p>
        </w:tc>
      </w:tr>
      <w:tr w:rsidR="00530A1F" w:rsidTr="004A1C03">
        <w:trPr>
          <w:jc w:val="center"/>
        </w:trPr>
        <w:tc>
          <w:tcPr>
            <w:tcW w:w="707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ŞUBAT</w:t>
            </w:r>
          </w:p>
        </w:tc>
        <w:tc>
          <w:tcPr>
            <w:tcW w:w="992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20. Hafta: 15-19 Şubat</w:t>
            </w:r>
          </w:p>
        </w:tc>
        <w:tc>
          <w:tcPr>
            <w:tcW w:w="709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2. ESKİ ÇAĞ MEDENİYETLERİ</w:t>
            </w:r>
          </w:p>
        </w:tc>
        <w:tc>
          <w:tcPr>
            <w:tcW w:w="1417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Türklerde Konargöçer Yaşam</w:t>
            </w:r>
          </w:p>
        </w:tc>
        <w:tc>
          <w:tcPr>
            <w:tcW w:w="2126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TAR.9.2.5. Türklerde konargöçer yaşama ilişkin bakış açısı geliştirebilme</w:t>
            </w:r>
          </w:p>
        </w:tc>
        <w:tc>
          <w:tcPr>
            <w:tcW w:w="4601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a) Kaynaklardan inceler. b) Kendi cümleleriyle ifade eder. c) Çözümler. ç) Açıklar. d) Karşılaştırır. e) Çıkarımlarda bulunur. f) Bakış açısını ifade eder.</w:t>
            </w:r>
          </w:p>
        </w:tc>
        <w:tc>
          <w:tcPr>
            <w:tcW w:w="1710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Zihin haritası, akran değerlendirme formu.</w:t>
            </w:r>
          </w:p>
        </w:tc>
        <w:tc>
          <w:tcPr>
            <w:tcW w:w="1710" w:type="dxa"/>
            <w:shd w:val="clear" w:color="auto" w:fill="F9FAFB"/>
          </w:tcPr>
          <w:p w:rsidR="00530A1F" w:rsidRDefault="00530A1F">
            <w:pPr>
              <w:jc w:val="center"/>
            </w:pPr>
          </w:p>
        </w:tc>
      </w:tr>
      <w:tr w:rsidR="00530A1F" w:rsidTr="004A1C03">
        <w:trPr>
          <w:jc w:val="center"/>
        </w:trPr>
        <w:tc>
          <w:tcPr>
            <w:tcW w:w="707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ŞUBAT</w:t>
            </w:r>
          </w:p>
        </w:tc>
        <w:tc>
          <w:tcPr>
            <w:tcW w:w="992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21. Hafta: 22-26 Şubat</w:t>
            </w:r>
          </w:p>
        </w:tc>
        <w:tc>
          <w:tcPr>
            <w:tcW w:w="709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</w:tcPr>
          <w:p w:rsidR="00530A1F" w:rsidRDefault="004A1C03">
            <w:r>
              <w:rPr>
                <w:rFonts w:ascii="Calibri" w:hAnsi="Calibri"/>
                <w:sz w:val="16"/>
              </w:rPr>
              <w:t>2. ESKİ ÇAĞ MEDENİYETLERİ</w:t>
            </w:r>
          </w:p>
        </w:tc>
        <w:tc>
          <w:tcPr>
            <w:tcW w:w="1417" w:type="dxa"/>
          </w:tcPr>
          <w:p w:rsidR="00530A1F" w:rsidRDefault="004A1C03">
            <w:r>
              <w:rPr>
                <w:rFonts w:ascii="Calibri" w:hAnsi="Calibri"/>
                <w:sz w:val="16"/>
              </w:rPr>
              <w:t>Türklerde Konargöçer Yaşam</w:t>
            </w:r>
          </w:p>
        </w:tc>
        <w:tc>
          <w:tcPr>
            <w:tcW w:w="2126" w:type="dxa"/>
          </w:tcPr>
          <w:p w:rsidR="00530A1F" w:rsidRDefault="004A1C03">
            <w:r>
              <w:rPr>
                <w:rFonts w:ascii="Calibri" w:hAnsi="Calibri"/>
                <w:sz w:val="16"/>
              </w:rPr>
              <w:t>TAR.9.2.5. Türklerde konargöçer yaşama ilişkin bakış açısı geliştirebilme</w:t>
            </w:r>
          </w:p>
        </w:tc>
        <w:tc>
          <w:tcPr>
            <w:tcW w:w="4601" w:type="dxa"/>
          </w:tcPr>
          <w:p w:rsidR="00530A1F" w:rsidRDefault="004A1C03">
            <w:r>
              <w:rPr>
                <w:rFonts w:ascii="Calibri" w:hAnsi="Calibri"/>
                <w:sz w:val="16"/>
              </w:rPr>
              <w:t>a) Kaynaklardan inceler. b) Kendi cümleleriyle ifade eder. c) Çözümler. ç) Açıklar. d) Karşılaştırır. e) Çıkarımlarda bulunur. f) Bakış açısını ifade eder.</w:t>
            </w:r>
          </w:p>
        </w:tc>
        <w:tc>
          <w:tcPr>
            <w:tcW w:w="1710" w:type="dxa"/>
          </w:tcPr>
          <w:p w:rsidR="00530A1F" w:rsidRDefault="004A1C03">
            <w:r>
              <w:rPr>
                <w:rFonts w:ascii="Calibri" w:hAnsi="Calibri"/>
                <w:sz w:val="16"/>
              </w:rPr>
              <w:t>Bilgi görseli, performans görevi.</w:t>
            </w:r>
          </w:p>
        </w:tc>
        <w:tc>
          <w:tcPr>
            <w:tcW w:w="1710" w:type="dxa"/>
          </w:tcPr>
          <w:p w:rsidR="00530A1F" w:rsidRDefault="00530A1F">
            <w:pPr>
              <w:jc w:val="center"/>
            </w:pPr>
          </w:p>
        </w:tc>
      </w:tr>
      <w:tr w:rsidR="00530A1F" w:rsidTr="004A1C03">
        <w:trPr>
          <w:jc w:val="center"/>
        </w:trPr>
        <w:tc>
          <w:tcPr>
            <w:tcW w:w="707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MART</w:t>
            </w:r>
          </w:p>
        </w:tc>
        <w:tc>
          <w:tcPr>
            <w:tcW w:w="992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22. Hafta: 01-05 Mart</w:t>
            </w:r>
          </w:p>
        </w:tc>
        <w:tc>
          <w:tcPr>
            <w:tcW w:w="709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3. ORTA ÇAĞ MEDENİYETLERİ</w:t>
            </w:r>
          </w:p>
        </w:tc>
        <w:tc>
          <w:tcPr>
            <w:tcW w:w="1417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Orta Çağ’da Yaşanan Kitlesel Göçler</w:t>
            </w:r>
          </w:p>
        </w:tc>
        <w:tc>
          <w:tcPr>
            <w:tcW w:w="2126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TAR.9.3.1. Orta Çağ’da yaşanan kitlesel göçlerin Avrupa ve Asya’da oluşturduğu değişimi neden ve sonuçlarıyla birlikte yorumlayabilme</w:t>
            </w:r>
          </w:p>
        </w:tc>
        <w:tc>
          <w:tcPr>
            <w:tcW w:w="4601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a) Neden olan unsurları inceler. b) Etkilediği unsurları inceler. c) Etkilerini sorgular. ç) Neden ve sonuçlarını ifade eder.</w:t>
            </w:r>
          </w:p>
        </w:tc>
        <w:tc>
          <w:tcPr>
            <w:tcW w:w="1710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Değişim ve süreklilik formu, bilgi görseli.</w:t>
            </w:r>
          </w:p>
        </w:tc>
        <w:tc>
          <w:tcPr>
            <w:tcW w:w="1710" w:type="dxa"/>
            <w:shd w:val="clear" w:color="auto" w:fill="F9FAFB"/>
          </w:tcPr>
          <w:p w:rsidR="00530A1F" w:rsidRDefault="00530A1F">
            <w:pPr>
              <w:jc w:val="center"/>
            </w:pPr>
          </w:p>
        </w:tc>
      </w:tr>
      <w:tr w:rsidR="00530A1F" w:rsidTr="004A1C03">
        <w:trPr>
          <w:jc w:val="center"/>
        </w:trPr>
        <w:tc>
          <w:tcPr>
            <w:tcW w:w="15390" w:type="dxa"/>
            <w:gridSpan w:val="9"/>
            <w:shd w:val="clear" w:color="auto" w:fill="E9EEF4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b/>
                <w:color w:val="1F4E79"/>
                <w:sz w:val="18"/>
              </w:rPr>
              <w:t>2.ARA TATİL</w:t>
            </w:r>
          </w:p>
        </w:tc>
      </w:tr>
      <w:tr w:rsidR="00530A1F" w:rsidTr="004A1C03">
        <w:trPr>
          <w:jc w:val="center"/>
        </w:trPr>
        <w:tc>
          <w:tcPr>
            <w:tcW w:w="707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MART</w:t>
            </w:r>
          </w:p>
        </w:tc>
        <w:tc>
          <w:tcPr>
            <w:tcW w:w="992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23. Hafta: 15-19 Mart</w:t>
            </w:r>
          </w:p>
        </w:tc>
        <w:tc>
          <w:tcPr>
            <w:tcW w:w="709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3. ORTA ÇAĞ MEDENİYETLERİ</w:t>
            </w:r>
          </w:p>
        </w:tc>
        <w:tc>
          <w:tcPr>
            <w:tcW w:w="1417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Orta Çağ’da Yaşanan Kitlesel Göçler</w:t>
            </w:r>
          </w:p>
        </w:tc>
        <w:tc>
          <w:tcPr>
            <w:tcW w:w="2126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TAR.9.3.1. Orta Çağ’da yaşanan kitlesel göçlerin Avrupa ve Asya’da oluşturduğu değişimi neden ve sonuçlarıyla birlikte yorumlayabilme</w:t>
            </w:r>
          </w:p>
        </w:tc>
        <w:tc>
          <w:tcPr>
            <w:tcW w:w="4601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a) Neden olan unsurları inceler. b) Etkilediği unsurları inceler. c) Etkilerini sorgular. ç) Neden ve sonuçlarını ifade eder.</w:t>
            </w:r>
          </w:p>
        </w:tc>
        <w:tc>
          <w:tcPr>
            <w:tcW w:w="1710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Zihin haritası, akran değerlendirme formu.</w:t>
            </w:r>
          </w:p>
        </w:tc>
        <w:tc>
          <w:tcPr>
            <w:tcW w:w="1710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12 Mart İstiklâl Marşı'nın Kabulü / 18 Mart Şehitler Günü</w:t>
            </w:r>
          </w:p>
        </w:tc>
      </w:tr>
      <w:tr w:rsidR="00530A1F" w:rsidTr="004A1C03">
        <w:trPr>
          <w:jc w:val="center"/>
        </w:trPr>
        <w:tc>
          <w:tcPr>
            <w:tcW w:w="707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MART</w:t>
            </w:r>
          </w:p>
        </w:tc>
        <w:tc>
          <w:tcPr>
            <w:tcW w:w="992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24. Hafta: 22-26 Mart</w:t>
            </w:r>
          </w:p>
        </w:tc>
        <w:tc>
          <w:tcPr>
            <w:tcW w:w="709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</w:tcPr>
          <w:p w:rsidR="00530A1F" w:rsidRDefault="004A1C03">
            <w:r>
              <w:rPr>
                <w:rFonts w:ascii="Calibri" w:hAnsi="Calibri"/>
                <w:sz w:val="16"/>
              </w:rPr>
              <w:t>3. ORTA ÇAĞ MEDENİYETLERİ</w:t>
            </w:r>
          </w:p>
        </w:tc>
        <w:tc>
          <w:tcPr>
            <w:tcW w:w="1417" w:type="dxa"/>
          </w:tcPr>
          <w:p w:rsidR="00530A1F" w:rsidRDefault="004A1C03">
            <w:r>
              <w:rPr>
                <w:rFonts w:ascii="Calibri" w:hAnsi="Calibri"/>
                <w:sz w:val="16"/>
              </w:rPr>
              <w:t>Orta Çağ’da Yaşanan Kitlesel Göçler</w:t>
            </w:r>
          </w:p>
        </w:tc>
        <w:tc>
          <w:tcPr>
            <w:tcW w:w="2126" w:type="dxa"/>
          </w:tcPr>
          <w:p w:rsidR="00530A1F" w:rsidRDefault="004A1C03">
            <w:r>
              <w:rPr>
                <w:rFonts w:ascii="Calibri" w:hAnsi="Calibri"/>
                <w:sz w:val="16"/>
              </w:rPr>
              <w:t xml:space="preserve">TAR.9.3.1. Orta Çağ’da yaşanan kitlesel göçlerin Avrupa ve Asya’da oluşturduğu değişimi neden ve sonuçlarıyla birlikte </w:t>
            </w:r>
            <w:r>
              <w:rPr>
                <w:rFonts w:ascii="Calibri" w:hAnsi="Calibri"/>
                <w:sz w:val="16"/>
              </w:rPr>
              <w:lastRenderedPageBreak/>
              <w:t>yorumlayabilme</w:t>
            </w:r>
          </w:p>
        </w:tc>
        <w:tc>
          <w:tcPr>
            <w:tcW w:w="4601" w:type="dxa"/>
          </w:tcPr>
          <w:p w:rsidR="00530A1F" w:rsidRDefault="004A1C03">
            <w:r>
              <w:rPr>
                <w:rFonts w:ascii="Calibri" w:hAnsi="Calibri"/>
                <w:sz w:val="16"/>
              </w:rPr>
              <w:lastRenderedPageBreak/>
              <w:t>a) Neden olan unsurları inceler. b) Etkilediği unsurları inceler. c) Etkilerini sorgular. ç) Neden ve sonuçlarını ifade eder.</w:t>
            </w:r>
          </w:p>
        </w:tc>
        <w:tc>
          <w:tcPr>
            <w:tcW w:w="1710" w:type="dxa"/>
          </w:tcPr>
          <w:p w:rsidR="00530A1F" w:rsidRDefault="004A1C03">
            <w:r>
              <w:rPr>
                <w:rFonts w:ascii="Calibri" w:hAnsi="Calibri"/>
                <w:sz w:val="16"/>
              </w:rPr>
              <w:t>Performans görevi, değişim ve süreklilik formu.</w:t>
            </w:r>
          </w:p>
        </w:tc>
        <w:tc>
          <w:tcPr>
            <w:tcW w:w="1710" w:type="dxa"/>
          </w:tcPr>
          <w:p w:rsidR="00530A1F" w:rsidRDefault="00530A1F">
            <w:pPr>
              <w:jc w:val="center"/>
            </w:pPr>
          </w:p>
        </w:tc>
      </w:tr>
      <w:tr w:rsidR="00530A1F" w:rsidTr="004A1C03">
        <w:trPr>
          <w:jc w:val="center"/>
        </w:trPr>
        <w:tc>
          <w:tcPr>
            <w:tcW w:w="707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lastRenderedPageBreak/>
              <w:t>MART</w:t>
            </w:r>
          </w:p>
        </w:tc>
        <w:tc>
          <w:tcPr>
            <w:tcW w:w="992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25. Hafta: 29 Mart -02 Nisan</w:t>
            </w:r>
          </w:p>
        </w:tc>
        <w:tc>
          <w:tcPr>
            <w:tcW w:w="709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3. ORTA ÇAĞ MEDENİYETLERİ</w:t>
            </w:r>
          </w:p>
        </w:tc>
        <w:tc>
          <w:tcPr>
            <w:tcW w:w="1417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Orta Çağ’da Yaşanan Kitlesel Göçler</w:t>
            </w:r>
          </w:p>
        </w:tc>
        <w:tc>
          <w:tcPr>
            <w:tcW w:w="2126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TAR.9.3.1. Orta Çağ’da yaşanan kitlesel göçlerin Avrupa ve Asya’da oluşturduğu değişimi neden ve sonuçlarıyla birlikte yorumlayabilme</w:t>
            </w:r>
          </w:p>
        </w:tc>
        <w:tc>
          <w:tcPr>
            <w:tcW w:w="4601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a) Neden olan unsurları inceler. b) Etkilediği unsurları inceler. c) Etkilerini sorgular. ç) Neden ve sonuçlarını ifade eder.</w:t>
            </w:r>
          </w:p>
        </w:tc>
        <w:tc>
          <w:tcPr>
            <w:tcW w:w="1710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Bilgi görseli, zihin haritası.</w:t>
            </w:r>
          </w:p>
        </w:tc>
        <w:tc>
          <w:tcPr>
            <w:tcW w:w="1710" w:type="dxa"/>
            <w:shd w:val="clear" w:color="auto" w:fill="F9FAFB"/>
          </w:tcPr>
          <w:p w:rsidR="00530A1F" w:rsidRDefault="00530A1F">
            <w:pPr>
              <w:jc w:val="center"/>
            </w:pPr>
          </w:p>
        </w:tc>
      </w:tr>
      <w:tr w:rsidR="00530A1F" w:rsidTr="004A1C03">
        <w:trPr>
          <w:jc w:val="center"/>
        </w:trPr>
        <w:tc>
          <w:tcPr>
            <w:tcW w:w="707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NİSAN</w:t>
            </w:r>
          </w:p>
        </w:tc>
        <w:tc>
          <w:tcPr>
            <w:tcW w:w="992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26. Hafta: 05 - 09 Nisan</w:t>
            </w:r>
          </w:p>
        </w:tc>
        <w:tc>
          <w:tcPr>
            <w:tcW w:w="709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</w:tcPr>
          <w:p w:rsidR="00530A1F" w:rsidRDefault="004A1C03">
            <w:r>
              <w:rPr>
                <w:rFonts w:ascii="Calibri" w:hAnsi="Calibri"/>
                <w:sz w:val="16"/>
              </w:rPr>
              <w:t>3. ORTA ÇAĞ MEDENİYETLERİ</w:t>
            </w:r>
          </w:p>
        </w:tc>
        <w:tc>
          <w:tcPr>
            <w:tcW w:w="1417" w:type="dxa"/>
          </w:tcPr>
          <w:p w:rsidR="00530A1F" w:rsidRDefault="004A1C03">
            <w:r>
              <w:rPr>
                <w:rFonts w:ascii="Calibri" w:hAnsi="Calibri"/>
                <w:sz w:val="16"/>
              </w:rPr>
              <w:t>Orta Çağ’daki Başlıca Devletlerin Yönetim ve Ordu Yapıları</w:t>
            </w:r>
          </w:p>
        </w:tc>
        <w:tc>
          <w:tcPr>
            <w:tcW w:w="2126" w:type="dxa"/>
          </w:tcPr>
          <w:p w:rsidR="00530A1F" w:rsidRDefault="004A1C03">
            <w:r>
              <w:rPr>
                <w:rFonts w:ascii="Calibri" w:hAnsi="Calibri"/>
                <w:sz w:val="16"/>
              </w:rPr>
              <w:t>TAR.9.3.2. Orta Çağ’daki başlıca devletlerin siyasi ve askerî gelişmelerini karşılaştırabilme</w:t>
            </w:r>
          </w:p>
        </w:tc>
        <w:tc>
          <w:tcPr>
            <w:tcW w:w="4601" w:type="dxa"/>
          </w:tcPr>
          <w:p w:rsidR="00530A1F" w:rsidRDefault="004A1C03">
            <w:r>
              <w:rPr>
                <w:rFonts w:ascii="Calibri" w:hAnsi="Calibri"/>
                <w:sz w:val="16"/>
              </w:rPr>
              <w:t>a) Özelliklerini belirler. b) Benzerlikleri listeler. c) Farklılıkları listeler.</w:t>
            </w:r>
          </w:p>
        </w:tc>
        <w:tc>
          <w:tcPr>
            <w:tcW w:w="1710" w:type="dxa"/>
          </w:tcPr>
          <w:p w:rsidR="00530A1F" w:rsidRDefault="004A1C03">
            <w:r>
              <w:rPr>
                <w:rFonts w:ascii="Calibri" w:hAnsi="Calibri"/>
                <w:sz w:val="16"/>
              </w:rPr>
              <w:t>Değişim ve süreklilik formu, akran değerlendirme.</w:t>
            </w:r>
          </w:p>
        </w:tc>
        <w:tc>
          <w:tcPr>
            <w:tcW w:w="1710" w:type="dxa"/>
          </w:tcPr>
          <w:p w:rsidR="00530A1F" w:rsidRDefault="00530A1F">
            <w:pPr>
              <w:jc w:val="center"/>
            </w:pPr>
          </w:p>
        </w:tc>
      </w:tr>
      <w:tr w:rsidR="00530A1F" w:rsidTr="004A1C03">
        <w:trPr>
          <w:jc w:val="center"/>
        </w:trPr>
        <w:tc>
          <w:tcPr>
            <w:tcW w:w="707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NİSAN</w:t>
            </w:r>
          </w:p>
        </w:tc>
        <w:tc>
          <w:tcPr>
            <w:tcW w:w="992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27. Hafta: 12-16 Nisan</w:t>
            </w:r>
          </w:p>
        </w:tc>
        <w:tc>
          <w:tcPr>
            <w:tcW w:w="709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3. ORTA ÇAĞ MEDENİYETLERİ</w:t>
            </w:r>
          </w:p>
        </w:tc>
        <w:tc>
          <w:tcPr>
            <w:tcW w:w="1417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Orta Çağ’daki Başlıca Devletlerin Yönetim ve Ordu Yapıları</w:t>
            </w:r>
          </w:p>
        </w:tc>
        <w:tc>
          <w:tcPr>
            <w:tcW w:w="2126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TAR.9.3.2. Orta Çağ’daki başlıca devletlerin siyasi ve askerî gelişmelerini karşılaştırabilme</w:t>
            </w:r>
          </w:p>
        </w:tc>
        <w:tc>
          <w:tcPr>
            <w:tcW w:w="4601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a) Özelliklerini belirler. b) Benzerlikleri listeler. c) Farklılıkları listeler.</w:t>
            </w:r>
          </w:p>
        </w:tc>
        <w:tc>
          <w:tcPr>
            <w:tcW w:w="1710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Bilgi görseli, zihin haritası.</w:t>
            </w:r>
          </w:p>
        </w:tc>
        <w:tc>
          <w:tcPr>
            <w:tcW w:w="1710" w:type="dxa"/>
            <w:shd w:val="clear" w:color="auto" w:fill="F9FAFB"/>
          </w:tcPr>
          <w:p w:rsidR="00530A1F" w:rsidRDefault="00530A1F">
            <w:pPr>
              <w:jc w:val="center"/>
            </w:pPr>
          </w:p>
        </w:tc>
      </w:tr>
      <w:tr w:rsidR="00530A1F" w:rsidTr="004A1C03">
        <w:trPr>
          <w:jc w:val="center"/>
        </w:trPr>
        <w:tc>
          <w:tcPr>
            <w:tcW w:w="707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NİSAN</w:t>
            </w:r>
          </w:p>
        </w:tc>
        <w:tc>
          <w:tcPr>
            <w:tcW w:w="992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28. Hafta: 19-23 Nisan</w:t>
            </w:r>
          </w:p>
        </w:tc>
        <w:tc>
          <w:tcPr>
            <w:tcW w:w="709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</w:tcPr>
          <w:p w:rsidR="00530A1F" w:rsidRDefault="004A1C03">
            <w:r>
              <w:rPr>
                <w:rFonts w:ascii="Calibri" w:hAnsi="Calibri"/>
                <w:sz w:val="16"/>
              </w:rPr>
              <w:t>3. ORTA ÇAĞ MEDENİYETLERİ</w:t>
            </w:r>
          </w:p>
        </w:tc>
        <w:tc>
          <w:tcPr>
            <w:tcW w:w="1417" w:type="dxa"/>
          </w:tcPr>
          <w:p w:rsidR="00530A1F" w:rsidRDefault="004A1C03">
            <w:r>
              <w:rPr>
                <w:rFonts w:ascii="Calibri" w:hAnsi="Calibri"/>
                <w:sz w:val="16"/>
              </w:rPr>
              <w:t>Orta Çağ’daki Başlıca Devletlerin Yönetim ve Ordu Yapıları</w:t>
            </w:r>
          </w:p>
        </w:tc>
        <w:tc>
          <w:tcPr>
            <w:tcW w:w="2126" w:type="dxa"/>
          </w:tcPr>
          <w:p w:rsidR="00530A1F" w:rsidRDefault="004A1C03">
            <w:r>
              <w:rPr>
                <w:rFonts w:ascii="Calibri" w:hAnsi="Calibri"/>
                <w:sz w:val="16"/>
              </w:rPr>
              <w:t>TAR.9.3.2. Orta Çağ’daki başlıca devletlerin siyasi ve askerî gelişmelerini karşılaştırabilme</w:t>
            </w:r>
          </w:p>
        </w:tc>
        <w:tc>
          <w:tcPr>
            <w:tcW w:w="4601" w:type="dxa"/>
          </w:tcPr>
          <w:p w:rsidR="00530A1F" w:rsidRDefault="004A1C03">
            <w:r>
              <w:rPr>
                <w:rFonts w:ascii="Calibri" w:hAnsi="Calibri"/>
                <w:sz w:val="16"/>
              </w:rPr>
              <w:t>a) Özelliklerini belirler. b) Benzerlikleri listeler. c) Farklılıkları listeler.</w:t>
            </w:r>
          </w:p>
        </w:tc>
        <w:tc>
          <w:tcPr>
            <w:tcW w:w="1710" w:type="dxa"/>
          </w:tcPr>
          <w:p w:rsidR="00530A1F" w:rsidRDefault="004A1C03">
            <w:r>
              <w:rPr>
                <w:rFonts w:ascii="Calibri" w:hAnsi="Calibri"/>
                <w:sz w:val="16"/>
              </w:rPr>
              <w:t>Performans görevi, değişim formu.</w:t>
            </w:r>
          </w:p>
        </w:tc>
        <w:tc>
          <w:tcPr>
            <w:tcW w:w="1710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23 Nisan Ulusal Egemenlik ve Çocuk Bayramı</w:t>
            </w:r>
          </w:p>
        </w:tc>
      </w:tr>
      <w:tr w:rsidR="00530A1F" w:rsidTr="004A1C03">
        <w:trPr>
          <w:jc w:val="center"/>
        </w:trPr>
        <w:tc>
          <w:tcPr>
            <w:tcW w:w="707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NİSAN</w:t>
            </w:r>
          </w:p>
        </w:tc>
        <w:tc>
          <w:tcPr>
            <w:tcW w:w="992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29. Hafta: 26-30 Nisan</w:t>
            </w:r>
          </w:p>
        </w:tc>
        <w:tc>
          <w:tcPr>
            <w:tcW w:w="709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3. ORTA ÇAĞ MEDENİYETLERİ</w:t>
            </w:r>
          </w:p>
        </w:tc>
        <w:tc>
          <w:tcPr>
            <w:tcW w:w="1417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Orta Çağ’daki Ticaret Yolları</w:t>
            </w:r>
          </w:p>
        </w:tc>
        <w:tc>
          <w:tcPr>
            <w:tcW w:w="2126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TAR.9.3.3. Orta Çağ’daki ticaret yollarının kendi çevresinde meydana getirdiği etkiyi sorgulayabilme</w:t>
            </w:r>
          </w:p>
        </w:tc>
        <w:tc>
          <w:tcPr>
            <w:tcW w:w="4601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a) Etkileşimlerle ilgili sorular sorar. b) İlişkileri boyutlarıyla çözümler. c) Çıkarımlarda bulunur.</w:t>
            </w:r>
          </w:p>
        </w:tc>
        <w:tc>
          <w:tcPr>
            <w:tcW w:w="1710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Bilgi görseli, zihin haritası.</w:t>
            </w:r>
          </w:p>
        </w:tc>
        <w:tc>
          <w:tcPr>
            <w:tcW w:w="1710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29 Nisan Kût'ül Amâre Zaferi / 1 Mayıs İşçi Bayramı</w:t>
            </w:r>
          </w:p>
        </w:tc>
      </w:tr>
      <w:tr w:rsidR="00530A1F" w:rsidTr="004A1C03">
        <w:trPr>
          <w:jc w:val="center"/>
        </w:trPr>
        <w:tc>
          <w:tcPr>
            <w:tcW w:w="707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MAYIS</w:t>
            </w:r>
          </w:p>
        </w:tc>
        <w:tc>
          <w:tcPr>
            <w:tcW w:w="992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30. Hafta: 03 -07 Mayıs</w:t>
            </w:r>
          </w:p>
        </w:tc>
        <w:tc>
          <w:tcPr>
            <w:tcW w:w="709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</w:tcPr>
          <w:p w:rsidR="00530A1F" w:rsidRDefault="004A1C03">
            <w:r>
              <w:rPr>
                <w:rFonts w:ascii="Calibri" w:hAnsi="Calibri"/>
                <w:sz w:val="16"/>
              </w:rPr>
              <w:t>3. ORTA ÇAĞ MEDENİYETLERİ</w:t>
            </w:r>
          </w:p>
        </w:tc>
        <w:tc>
          <w:tcPr>
            <w:tcW w:w="1417" w:type="dxa"/>
          </w:tcPr>
          <w:p w:rsidR="00530A1F" w:rsidRDefault="004A1C03">
            <w:r>
              <w:rPr>
                <w:rFonts w:ascii="Calibri" w:hAnsi="Calibri"/>
                <w:sz w:val="16"/>
              </w:rPr>
              <w:t>Orta Çağ’daki Ticaret Yolları</w:t>
            </w:r>
          </w:p>
        </w:tc>
        <w:tc>
          <w:tcPr>
            <w:tcW w:w="2126" w:type="dxa"/>
          </w:tcPr>
          <w:p w:rsidR="00530A1F" w:rsidRDefault="004A1C03">
            <w:r>
              <w:rPr>
                <w:rFonts w:ascii="Calibri" w:hAnsi="Calibri"/>
                <w:sz w:val="16"/>
              </w:rPr>
              <w:t>TAR.9.3.3. Orta Çağ’daki ticaret yollarının kendi çevresinde meydana getirdiği etkiyi sorgulayabilme</w:t>
            </w:r>
          </w:p>
        </w:tc>
        <w:tc>
          <w:tcPr>
            <w:tcW w:w="4601" w:type="dxa"/>
          </w:tcPr>
          <w:p w:rsidR="00530A1F" w:rsidRDefault="004A1C03">
            <w:r>
              <w:rPr>
                <w:rFonts w:ascii="Calibri" w:hAnsi="Calibri"/>
                <w:sz w:val="16"/>
              </w:rPr>
              <w:t>a) Etkileşimlerle ilgili sorular sorar. b) İlişkileri boyutlarıyla çözümler. c) Çıkarımlarda bulunur.</w:t>
            </w:r>
          </w:p>
        </w:tc>
        <w:tc>
          <w:tcPr>
            <w:tcW w:w="1710" w:type="dxa"/>
          </w:tcPr>
          <w:p w:rsidR="00530A1F" w:rsidRDefault="004A1C03">
            <w:r>
              <w:rPr>
                <w:rFonts w:ascii="Calibri" w:hAnsi="Calibri"/>
                <w:sz w:val="16"/>
              </w:rPr>
              <w:t>Değişim ve süreklilik formu, performans görevi.</w:t>
            </w:r>
          </w:p>
        </w:tc>
        <w:tc>
          <w:tcPr>
            <w:tcW w:w="1710" w:type="dxa"/>
          </w:tcPr>
          <w:p w:rsidR="00530A1F" w:rsidRDefault="00530A1F">
            <w:pPr>
              <w:jc w:val="center"/>
            </w:pPr>
          </w:p>
        </w:tc>
      </w:tr>
      <w:tr w:rsidR="00530A1F" w:rsidTr="004A1C03">
        <w:trPr>
          <w:jc w:val="center"/>
        </w:trPr>
        <w:tc>
          <w:tcPr>
            <w:tcW w:w="707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MAYIS</w:t>
            </w:r>
          </w:p>
        </w:tc>
        <w:tc>
          <w:tcPr>
            <w:tcW w:w="992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31. Hafta: 10-14 Mayıs</w:t>
            </w:r>
          </w:p>
        </w:tc>
        <w:tc>
          <w:tcPr>
            <w:tcW w:w="709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3. ORTA ÇAĞ MEDENİYETLERİ</w:t>
            </w:r>
          </w:p>
        </w:tc>
        <w:tc>
          <w:tcPr>
            <w:tcW w:w="1417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Orta Çağ’daki Ticaret Yolları</w:t>
            </w:r>
          </w:p>
        </w:tc>
        <w:tc>
          <w:tcPr>
            <w:tcW w:w="2126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TAR.9.3.3. Orta Çağ’daki ticaret yollarının kendi çevresinde meydana getirdiği etkiyi sorgulayabilme</w:t>
            </w:r>
          </w:p>
        </w:tc>
        <w:tc>
          <w:tcPr>
            <w:tcW w:w="4601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a) Etkileşimlerle ilgili sorular sorar. b) İlişkileri boyutlarıyla çözümler. c) Çıkarımlarda bulunur.</w:t>
            </w:r>
          </w:p>
        </w:tc>
        <w:tc>
          <w:tcPr>
            <w:tcW w:w="1710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Zihin haritası, akran değerlendirme.</w:t>
            </w:r>
          </w:p>
        </w:tc>
        <w:tc>
          <w:tcPr>
            <w:tcW w:w="1710" w:type="dxa"/>
            <w:shd w:val="clear" w:color="auto" w:fill="F9FAFB"/>
          </w:tcPr>
          <w:p w:rsidR="00530A1F" w:rsidRDefault="00530A1F">
            <w:pPr>
              <w:jc w:val="center"/>
            </w:pPr>
          </w:p>
        </w:tc>
      </w:tr>
      <w:tr w:rsidR="00530A1F" w:rsidTr="004A1C03">
        <w:trPr>
          <w:jc w:val="center"/>
        </w:trPr>
        <w:tc>
          <w:tcPr>
            <w:tcW w:w="707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MAYIS</w:t>
            </w:r>
          </w:p>
        </w:tc>
        <w:tc>
          <w:tcPr>
            <w:tcW w:w="992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32. Hafta: 17-21 Mayıs</w:t>
            </w:r>
          </w:p>
        </w:tc>
        <w:tc>
          <w:tcPr>
            <w:tcW w:w="709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</w:tcPr>
          <w:p w:rsidR="00530A1F" w:rsidRDefault="004A1C03">
            <w:r>
              <w:rPr>
                <w:rFonts w:ascii="Calibri" w:hAnsi="Calibri"/>
                <w:sz w:val="16"/>
              </w:rPr>
              <w:t>3. ORTA ÇAĞ MEDENİYETLERİ</w:t>
            </w:r>
          </w:p>
        </w:tc>
        <w:tc>
          <w:tcPr>
            <w:tcW w:w="1417" w:type="dxa"/>
          </w:tcPr>
          <w:p w:rsidR="00530A1F" w:rsidRDefault="004A1C03">
            <w:r>
              <w:rPr>
                <w:rFonts w:ascii="Calibri" w:hAnsi="Calibri"/>
                <w:sz w:val="16"/>
              </w:rPr>
              <w:t>Orta Çağ’daki Başlıca Medeniyet Havzalarında Bilim, Kültür ve Sanat</w:t>
            </w:r>
          </w:p>
        </w:tc>
        <w:tc>
          <w:tcPr>
            <w:tcW w:w="2126" w:type="dxa"/>
          </w:tcPr>
          <w:p w:rsidR="00530A1F" w:rsidRDefault="004A1C03">
            <w:r>
              <w:rPr>
                <w:rFonts w:ascii="Calibri" w:hAnsi="Calibri"/>
                <w:sz w:val="16"/>
              </w:rPr>
              <w:t>TAR.9.3.4. Orta Çağ’daki başlıca medeniyet havzalarının bilim, kültür ve sanata etkilerine ilişkin oluşturduğu ürünleri paylaşabilme</w:t>
            </w:r>
          </w:p>
        </w:tc>
        <w:tc>
          <w:tcPr>
            <w:tcW w:w="4601" w:type="dxa"/>
          </w:tcPr>
          <w:p w:rsidR="00530A1F" w:rsidRDefault="004A1C03">
            <w:r>
              <w:rPr>
                <w:rFonts w:ascii="Calibri" w:hAnsi="Calibri"/>
                <w:sz w:val="16"/>
              </w:rPr>
              <w:t>a) Bilgi toplar. b) Bilgileri tespit eder. c) Sınırlılığı sorgular. ç) Yorumlar. d) Araştırmasını paylaşır.</w:t>
            </w:r>
          </w:p>
        </w:tc>
        <w:tc>
          <w:tcPr>
            <w:tcW w:w="1710" w:type="dxa"/>
          </w:tcPr>
          <w:p w:rsidR="00530A1F" w:rsidRDefault="004A1C03">
            <w:r>
              <w:rPr>
                <w:rFonts w:ascii="Calibri" w:hAnsi="Calibri"/>
                <w:sz w:val="16"/>
              </w:rPr>
              <w:t>Performans görevi, bilgi görseli.</w:t>
            </w:r>
          </w:p>
        </w:tc>
        <w:tc>
          <w:tcPr>
            <w:tcW w:w="1710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16-20 Mayıs Kurban Bayramı / 19 Mayıs Atatürk’ü Anma Gençlik ve Spor Bayramı</w:t>
            </w:r>
          </w:p>
        </w:tc>
      </w:tr>
      <w:tr w:rsidR="00530A1F" w:rsidTr="004A1C03">
        <w:trPr>
          <w:jc w:val="center"/>
        </w:trPr>
        <w:tc>
          <w:tcPr>
            <w:tcW w:w="707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lastRenderedPageBreak/>
              <w:t>MAYIS</w:t>
            </w:r>
          </w:p>
        </w:tc>
        <w:tc>
          <w:tcPr>
            <w:tcW w:w="992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33. Hafta: 24-28 Mayıs</w:t>
            </w:r>
          </w:p>
        </w:tc>
        <w:tc>
          <w:tcPr>
            <w:tcW w:w="709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3. ORTA ÇAĞ MEDENİYETLERİ</w:t>
            </w:r>
          </w:p>
        </w:tc>
        <w:tc>
          <w:tcPr>
            <w:tcW w:w="1417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Orta Çağ’daki Başlıca Medeniyet Havzalarında Bilim, Kültür ve Sanat</w:t>
            </w:r>
          </w:p>
        </w:tc>
        <w:tc>
          <w:tcPr>
            <w:tcW w:w="2126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TAR.9.3.4. Orta Çağ’daki başlıca medeniyet havzalarının bilim, kültür ve sanata etkilerine ilişkin oluşturduğu ürünleri paylaşabilme</w:t>
            </w:r>
          </w:p>
        </w:tc>
        <w:tc>
          <w:tcPr>
            <w:tcW w:w="4601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a) Bilgi toplar. b) Bilgileri tespit eder. c) Sınırlılığı sorgular. ç) Yorumlar. d) Araştırmasını paylaşır.</w:t>
            </w:r>
          </w:p>
        </w:tc>
        <w:tc>
          <w:tcPr>
            <w:tcW w:w="1710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Değişim ve süreklilik formu, zihin haritası.</w:t>
            </w:r>
          </w:p>
        </w:tc>
        <w:tc>
          <w:tcPr>
            <w:tcW w:w="1710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İstanbul'un Fethi (29 Mayıs)</w:t>
            </w:r>
          </w:p>
        </w:tc>
      </w:tr>
      <w:tr w:rsidR="00530A1F" w:rsidTr="004A1C03">
        <w:trPr>
          <w:jc w:val="center"/>
        </w:trPr>
        <w:tc>
          <w:tcPr>
            <w:tcW w:w="707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HAZİRAN</w:t>
            </w:r>
          </w:p>
        </w:tc>
        <w:tc>
          <w:tcPr>
            <w:tcW w:w="992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34. Hafta: 31 Mayıs -04 Haziran</w:t>
            </w:r>
          </w:p>
        </w:tc>
        <w:tc>
          <w:tcPr>
            <w:tcW w:w="709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</w:tcPr>
          <w:p w:rsidR="00530A1F" w:rsidRDefault="004A1C03">
            <w:r>
              <w:rPr>
                <w:rFonts w:ascii="Calibri" w:hAnsi="Calibri"/>
                <w:sz w:val="16"/>
              </w:rPr>
              <w:t>3. ORTA ÇAĞ MEDENİYETLERİ</w:t>
            </w:r>
          </w:p>
        </w:tc>
        <w:tc>
          <w:tcPr>
            <w:tcW w:w="1417" w:type="dxa"/>
          </w:tcPr>
          <w:p w:rsidR="00530A1F" w:rsidRDefault="004A1C03">
            <w:r>
              <w:rPr>
                <w:rFonts w:ascii="Calibri" w:hAnsi="Calibri"/>
                <w:sz w:val="16"/>
              </w:rPr>
              <w:t>Orta Çağ’daki Başlıca Medeniyet Havzalarında Bilim, Kültür ve Sanat</w:t>
            </w:r>
          </w:p>
        </w:tc>
        <w:tc>
          <w:tcPr>
            <w:tcW w:w="2126" w:type="dxa"/>
          </w:tcPr>
          <w:p w:rsidR="00530A1F" w:rsidRDefault="004A1C03">
            <w:r>
              <w:rPr>
                <w:rFonts w:ascii="Calibri" w:hAnsi="Calibri"/>
                <w:sz w:val="16"/>
              </w:rPr>
              <w:t>TAR.9.3.4. Orta Çağ’daki başlıca medeniyet havzalarının bilim, kültür ve sanata etkilerine ilişkin oluşturduğu ürünleri paylaşabilme</w:t>
            </w:r>
          </w:p>
        </w:tc>
        <w:tc>
          <w:tcPr>
            <w:tcW w:w="4601" w:type="dxa"/>
          </w:tcPr>
          <w:p w:rsidR="00530A1F" w:rsidRDefault="004A1C03">
            <w:r>
              <w:rPr>
                <w:rFonts w:ascii="Calibri" w:hAnsi="Calibri"/>
                <w:sz w:val="16"/>
              </w:rPr>
              <w:t>a) Bilgi toplar. b) Kaynakları inceleyerek bilgileri tespit eder.</w:t>
            </w:r>
          </w:p>
        </w:tc>
        <w:tc>
          <w:tcPr>
            <w:tcW w:w="1710" w:type="dxa"/>
          </w:tcPr>
          <w:p w:rsidR="00530A1F" w:rsidRDefault="004A1C03">
            <w:r>
              <w:rPr>
                <w:rFonts w:ascii="Calibri" w:hAnsi="Calibri"/>
                <w:sz w:val="16"/>
              </w:rPr>
              <w:t>SINAV HAFTASI / Performans değerlendirme.</w:t>
            </w:r>
          </w:p>
        </w:tc>
        <w:tc>
          <w:tcPr>
            <w:tcW w:w="1710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SINAV HAFTASI</w:t>
            </w:r>
          </w:p>
        </w:tc>
      </w:tr>
      <w:tr w:rsidR="00530A1F" w:rsidTr="004A1C03">
        <w:trPr>
          <w:jc w:val="center"/>
        </w:trPr>
        <w:tc>
          <w:tcPr>
            <w:tcW w:w="707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HAZİRAN</w:t>
            </w:r>
          </w:p>
        </w:tc>
        <w:tc>
          <w:tcPr>
            <w:tcW w:w="992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35. Hafta: 07-11 Haziran</w:t>
            </w:r>
          </w:p>
        </w:tc>
        <w:tc>
          <w:tcPr>
            <w:tcW w:w="709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3. ORTA ÇAĞ MEDENİYETLERİ</w:t>
            </w:r>
          </w:p>
        </w:tc>
        <w:tc>
          <w:tcPr>
            <w:tcW w:w="1417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Orta Çağ’daki Başlıca Medeniyet Havzalarında Bilim, Kültür ve Sanat</w:t>
            </w:r>
          </w:p>
        </w:tc>
        <w:tc>
          <w:tcPr>
            <w:tcW w:w="2126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TAR.9.3.4. Orta Çağ’daki başlıca medeniyet havzalarının bilim, kültür ve sanata etkilerine ilişkin oluşturduğu ürünleri paylaşabilme</w:t>
            </w:r>
          </w:p>
        </w:tc>
        <w:tc>
          <w:tcPr>
            <w:tcW w:w="4601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b) Kaynakları inceleyerek bilgileri tespit eder.</w:t>
            </w:r>
          </w:p>
        </w:tc>
        <w:tc>
          <w:tcPr>
            <w:tcW w:w="1710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Bilgi görseli, akran değerlendirme.</w:t>
            </w:r>
          </w:p>
        </w:tc>
        <w:tc>
          <w:tcPr>
            <w:tcW w:w="1710" w:type="dxa"/>
            <w:shd w:val="clear" w:color="auto" w:fill="F9FAFB"/>
          </w:tcPr>
          <w:p w:rsidR="00530A1F" w:rsidRDefault="00530A1F">
            <w:pPr>
              <w:jc w:val="center"/>
            </w:pPr>
          </w:p>
        </w:tc>
      </w:tr>
      <w:tr w:rsidR="00530A1F" w:rsidTr="004A1C03">
        <w:trPr>
          <w:jc w:val="center"/>
        </w:trPr>
        <w:tc>
          <w:tcPr>
            <w:tcW w:w="707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HAZİRAN</w:t>
            </w:r>
          </w:p>
        </w:tc>
        <w:tc>
          <w:tcPr>
            <w:tcW w:w="992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36. Hafta: 14-18 Haziran</w:t>
            </w:r>
          </w:p>
        </w:tc>
        <w:tc>
          <w:tcPr>
            <w:tcW w:w="709" w:type="dxa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</w:tcPr>
          <w:p w:rsidR="00530A1F" w:rsidRDefault="004A1C03">
            <w:r>
              <w:rPr>
                <w:rFonts w:ascii="Calibri" w:hAnsi="Calibri"/>
                <w:sz w:val="16"/>
              </w:rPr>
              <w:t>3. ORTA ÇAĞ MEDENİYETLERİ</w:t>
            </w:r>
          </w:p>
        </w:tc>
        <w:tc>
          <w:tcPr>
            <w:tcW w:w="1417" w:type="dxa"/>
          </w:tcPr>
          <w:p w:rsidR="00530A1F" w:rsidRDefault="004A1C03">
            <w:r>
              <w:rPr>
                <w:rFonts w:ascii="Calibri" w:hAnsi="Calibri"/>
                <w:sz w:val="16"/>
              </w:rPr>
              <w:t>Orta Çağ’daki Başlıca Medeniyet Havzalarında Bilim, Kültür ve Sanat</w:t>
            </w:r>
          </w:p>
        </w:tc>
        <w:tc>
          <w:tcPr>
            <w:tcW w:w="2126" w:type="dxa"/>
          </w:tcPr>
          <w:p w:rsidR="00530A1F" w:rsidRDefault="004A1C03">
            <w:r>
              <w:rPr>
                <w:rFonts w:ascii="Calibri" w:hAnsi="Calibri"/>
                <w:sz w:val="16"/>
              </w:rPr>
              <w:t>TAR.9.3.4. Orta Çağ’daki başlıca medeniyet havzalarının bilim, kültür ve sanata etkilerine ilişkin oluşturduğu ürünleri paylaşabilme</w:t>
            </w:r>
          </w:p>
        </w:tc>
        <w:tc>
          <w:tcPr>
            <w:tcW w:w="4601" w:type="dxa"/>
          </w:tcPr>
          <w:p w:rsidR="00530A1F" w:rsidRDefault="004A1C03">
            <w:r>
              <w:rPr>
                <w:rFonts w:ascii="Calibri" w:hAnsi="Calibri"/>
                <w:sz w:val="16"/>
              </w:rPr>
              <w:t>c) Kaynakların sınırlılığını sorgular. ç) Belirlediği bilgileri yorumlar.</w:t>
            </w:r>
          </w:p>
        </w:tc>
        <w:tc>
          <w:tcPr>
            <w:tcW w:w="1710" w:type="dxa"/>
          </w:tcPr>
          <w:p w:rsidR="00530A1F" w:rsidRDefault="004A1C03">
            <w:r>
              <w:rPr>
                <w:rFonts w:ascii="Calibri" w:hAnsi="Calibri"/>
                <w:sz w:val="16"/>
              </w:rPr>
              <w:t>Değişim ve süreklilik formu, zihin haritası.</w:t>
            </w:r>
          </w:p>
        </w:tc>
        <w:tc>
          <w:tcPr>
            <w:tcW w:w="1710" w:type="dxa"/>
          </w:tcPr>
          <w:p w:rsidR="00530A1F" w:rsidRDefault="00530A1F">
            <w:pPr>
              <w:jc w:val="center"/>
            </w:pPr>
          </w:p>
        </w:tc>
      </w:tr>
      <w:tr w:rsidR="00530A1F" w:rsidTr="004A1C03">
        <w:trPr>
          <w:jc w:val="center"/>
        </w:trPr>
        <w:tc>
          <w:tcPr>
            <w:tcW w:w="707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HAZİRAN</w:t>
            </w:r>
          </w:p>
        </w:tc>
        <w:tc>
          <w:tcPr>
            <w:tcW w:w="992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37. Hafta: 21-25 Haziran</w:t>
            </w:r>
          </w:p>
        </w:tc>
        <w:tc>
          <w:tcPr>
            <w:tcW w:w="709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2 SAAT</w:t>
            </w:r>
          </w:p>
        </w:tc>
        <w:tc>
          <w:tcPr>
            <w:tcW w:w="1418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3. ORTA ÇAĞ MEDENİYETLERİ</w:t>
            </w:r>
          </w:p>
        </w:tc>
        <w:tc>
          <w:tcPr>
            <w:tcW w:w="1417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Orta Çağ’daki Başlıca Medeniyet Havzalarında Bilim, Kültür ve Sanat</w:t>
            </w:r>
          </w:p>
        </w:tc>
        <w:tc>
          <w:tcPr>
            <w:tcW w:w="2126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TAR.9.3.4. Orta Çağ’daki başlıca medeniyet havzalarının bilim, kültür ve sanata etkilerine ilişkin oluşturduğu ürünleri paylaşabilme</w:t>
            </w:r>
          </w:p>
        </w:tc>
        <w:tc>
          <w:tcPr>
            <w:tcW w:w="4601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d) Kanıtlara dayanarak oluşturduğu araştırmasını paylaşır.</w:t>
            </w:r>
          </w:p>
        </w:tc>
        <w:tc>
          <w:tcPr>
            <w:tcW w:w="1710" w:type="dxa"/>
            <w:shd w:val="clear" w:color="auto" w:fill="F9FAFB"/>
          </w:tcPr>
          <w:p w:rsidR="00530A1F" w:rsidRDefault="004A1C03">
            <w:r>
              <w:rPr>
                <w:rFonts w:ascii="Calibri" w:hAnsi="Calibri"/>
                <w:sz w:val="16"/>
              </w:rPr>
              <w:t>Araştırma sunumu, öz değerlendirme formu.</w:t>
            </w:r>
          </w:p>
        </w:tc>
        <w:tc>
          <w:tcPr>
            <w:tcW w:w="1710" w:type="dxa"/>
            <w:shd w:val="clear" w:color="auto" w:fill="F9FAFB"/>
          </w:tcPr>
          <w:p w:rsidR="00530A1F" w:rsidRDefault="004A1C03">
            <w:pPr>
              <w:jc w:val="center"/>
            </w:pPr>
            <w:r>
              <w:rPr>
                <w:rFonts w:ascii="Calibri" w:hAnsi="Calibri"/>
                <w:sz w:val="16"/>
              </w:rPr>
              <w:t>Ders Yılının Sona Ermesi</w:t>
            </w:r>
          </w:p>
        </w:tc>
      </w:tr>
    </w:tbl>
    <w:p w:rsidR="00530A1F" w:rsidRDefault="004A1C03">
      <w:r>
        <w:rPr>
          <w:rFonts w:ascii="Calibri" w:hAnsi="Calibri"/>
          <w:i/>
          <w:sz w:val="17"/>
        </w:rPr>
        <w:br/>
        <w:t>Disiplinler Arası İlişkiler: Coğrafya, Din Kültürü ve Ahlak Bilgisi, Felsefe, Matematik, Sosyoloji.</w:t>
      </w:r>
    </w:p>
    <w:p w:rsidR="00530A1F" w:rsidRPr="004A1C03" w:rsidRDefault="004A1C03" w:rsidP="004A1C03">
      <w:pPr>
        <w:jc w:val="center"/>
        <w:rPr>
          <w:b/>
        </w:rPr>
      </w:pPr>
      <w:r w:rsidRPr="004A1C03">
        <w:rPr>
          <w:rFonts w:ascii="Calibri" w:hAnsi="Calibri"/>
          <w:b/>
          <w:sz w:val="18"/>
        </w:rPr>
        <w:t xml:space="preserve">…………………………..   </w:t>
      </w:r>
      <w:r w:rsidRPr="004A1C03">
        <w:rPr>
          <w:rFonts w:ascii="Calibri" w:hAnsi="Calibri"/>
          <w:b/>
          <w:sz w:val="18"/>
        </w:rPr>
        <w:br/>
        <w:t xml:space="preserve">Tarih Öğretmeni      </w:t>
      </w:r>
      <w:r w:rsidRPr="004A1C03">
        <w:rPr>
          <w:rFonts w:ascii="Calibri" w:hAnsi="Calibri"/>
          <w:b/>
          <w:sz w:val="18"/>
        </w:rPr>
        <w:br/>
      </w:r>
      <w:r w:rsidRPr="004A1C03">
        <w:rPr>
          <w:rFonts w:ascii="Calibri" w:hAnsi="Calibri"/>
          <w:b/>
          <w:sz w:val="18"/>
        </w:rPr>
        <w:br/>
        <w:t>UYGUNDUR</w:t>
      </w:r>
      <w:r w:rsidRPr="004A1C03">
        <w:rPr>
          <w:rFonts w:ascii="Calibri" w:hAnsi="Calibri"/>
          <w:b/>
          <w:sz w:val="18"/>
        </w:rPr>
        <w:br/>
        <w:t>…</w:t>
      </w:r>
      <w:proofErr w:type="gramStart"/>
      <w:r w:rsidRPr="004A1C03">
        <w:rPr>
          <w:rFonts w:ascii="Calibri" w:hAnsi="Calibri"/>
          <w:b/>
          <w:sz w:val="18"/>
        </w:rPr>
        <w:t>./</w:t>
      </w:r>
      <w:proofErr w:type="gramEnd"/>
      <w:r w:rsidRPr="004A1C03">
        <w:rPr>
          <w:rFonts w:ascii="Calibri" w:hAnsi="Calibri"/>
          <w:b/>
          <w:sz w:val="18"/>
        </w:rPr>
        <w:t>…../…………</w:t>
      </w:r>
      <w:r w:rsidRPr="004A1C03">
        <w:rPr>
          <w:rFonts w:ascii="Calibri" w:hAnsi="Calibri"/>
          <w:b/>
          <w:sz w:val="18"/>
        </w:rPr>
        <w:br/>
        <w:t>………………………</w:t>
      </w:r>
      <w:r w:rsidRPr="004A1C03">
        <w:rPr>
          <w:rFonts w:ascii="Calibri" w:hAnsi="Calibri"/>
          <w:b/>
          <w:sz w:val="18"/>
        </w:rPr>
        <w:br/>
      </w:r>
      <w:r w:rsidRPr="004A1C03">
        <w:rPr>
          <w:rFonts w:ascii="Calibri" w:hAnsi="Calibri"/>
          <w:b/>
          <w:sz w:val="18"/>
        </w:rPr>
        <w:lastRenderedPageBreak/>
        <w:t>OKUL MÜDÜRÜ</w:t>
      </w:r>
      <w:r w:rsidRPr="004A1C03">
        <w:rPr>
          <w:rFonts w:ascii="Calibri" w:hAnsi="Calibri"/>
          <w:b/>
          <w:sz w:val="18"/>
        </w:rPr>
        <w:br/>
      </w:r>
      <w:hyperlink r:id="rId6" w:history="1">
        <w:r w:rsidR="002F1C61">
          <w:rPr>
            <w:rStyle w:val="Kpr"/>
            <w:b/>
            <w:bCs/>
            <w:sz w:val="30"/>
            <w:szCs w:val="30"/>
          </w:rPr>
          <w:t>www.dersmateryalleri.com</w:t>
        </w:r>
      </w:hyperlink>
      <w:bookmarkStart w:id="0" w:name="_GoBack"/>
      <w:bookmarkEnd w:id="0"/>
    </w:p>
    <w:sectPr w:rsidR="00530A1F" w:rsidRPr="004A1C03" w:rsidSect="00034616">
      <w:pgSz w:w="16834" w:h="11909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F1C61"/>
    <w:rsid w:val="00326F90"/>
    <w:rsid w:val="004A1C03"/>
    <w:rsid w:val="00530A1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99BA986-D076-46B5-9CEC-FF73A376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semiHidden/>
    <w:unhideWhenUsed/>
    <w:rsid w:val="002F1C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ersmateryalleri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687E3B7-AB6D-4895-8B79-68A58C35B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2103</Words>
  <Characters>11990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14065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hesabı</cp:lastModifiedBy>
  <cp:revision>3</cp:revision>
  <dcterms:created xsi:type="dcterms:W3CDTF">2013-12-23T23:15:00Z</dcterms:created>
  <dcterms:modified xsi:type="dcterms:W3CDTF">2026-07-25T17:28:00Z</dcterms:modified>
  <cp:category/>
</cp:coreProperties>
</file>