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4AEE" w:rsidRDefault="00461B7B" w:rsidP="00404AEE">
      <w:pPr>
        <w:jc w:val="center"/>
      </w:pPr>
      <w:r>
        <w:rPr>
          <w:rFonts w:ascii="Arial" w:hAnsi="Arial"/>
          <w:b/>
        </w:rPr>
        <w:t>202</w:t>
      </w:r>
      <w:proofErr w:type="gramStart"/>
      <w:r>
        <w:rPr>
          <w:rFonts w:ascii="Arial" w:hAnsi="Arial"/>
          <w:b/>
        </w:rPr>
        <w:t>..</w:t>
      </w:r>
      <w:proofErr w:type="gramEnd"/>
      <w:r>
        <w:rPr>
          <w:rFonts w:ascii="Arial" w:hAnsi="Arial"/>
          <w:b/>
        </w:rPr>
        <w:t xml:space="preserve"> – 202..  </w:t>
      </w:r>
      <w:bookmarkStart w:id="0" w:name="_GoBack"/>
      <w:bookmarkEnd w:id="0"/>
      <w:r w:rsidR="00404AEE">
        <w:rPr>
          <w:rFonts w:ascii="Arial" w:hAnsi="Arial"/>
          <w:b/>
        </w:rPr>
        <w:t xml:space="preserve">EĞİTİM ÖĞRETİM YILI </w:t>
      </w:r>
      <w:r w:rsidR="00404AEE">
        <w:rPr>
          <w:rFonts w:ascii="Arial" w:hAnsi="Arial"/>
          <w:b/>
        </w:rPr>
        <w:br/>
        <w:t xml:space="preserve">……………………………………………… LİSESİ </w:t>
      </w:r>
      <w:r w:rsidR="00404AEE">
        <w:rPr>
          <w:rFonts w:ascii="Arial" w:hAnsi="Arial"/>
          <w:b/>
        </w:rPr>
        <w:br/>
        <w:t>9. SINIF ALMANCA DERSİ BİREYSELLEŞTİRİLMİŞ EĞİTİM PROGRAMI (BEP)</w:t>
      </w:r>
    </w:p>
    <w:p w:rsidR="00290871" w:rsidRDefault="001A1FC1">
      <w:r>
        <w:rPr>
          <w:rFonts w:ascii="Arial" w:hAnsi="Arial"/>
          <w:sz w:val="19"/>
        </w:rPr>
        <w:t xml:space="preserve">     Öğrencinin </w:t>
      </w:r>
      <w:proofErr w:type="spellStart"/>
      <w:r>
        <w:rPr>
          <w:rFonts w:ascii="Arial" w:hAnsi="Arial"/>
          <w:sz w:val="19"/>
        </w:rPr>
        <w:t>Adı</w:t>
      </w:r>
      <w:proofErr w:type="spellEnd"/>
      <w:r>
        <w:rPr>
          <w:rFonts w:ascii="Arial" w:hAnsi="Arial"/>
          <w:sz w:val="19"/>
        </w:rPr>
        <w:t xml:space="preserve"> </w:t>
      </w:r>
      <w:proofErr w:type="spellStart"/>
      <w:proofErr w:type="gramStart"/>
      <w:r>
        <w:rPr>
          <w:rFonts w:ascii="Arial" w:hAnsi="Arial"/>
          <w:sz w:val="19"/>
        </w:rPr>
        <w:t>Soyadı</w:t>
      </w:r>
      <w:proofErr w:type="spellEnd"/>
      <w:r>
        <w:rPr>
          <w:rFonts w:ascii="Arial" w:hAnsi="Arial"/>
          <w:sz w:val="19"/>
        </w:rPr>
        <w:t xml:space="preserve"> :</w:t>
      </w:r>
      <w:proofErr w:type="gramEnd"/>
      <w:r>
        <w:rPr>
          <w:rFonts w:ascii="Arial" w:hAnsi="Arial"/>
          <w:sz w:val="19"/>
        </w:rPr>
        <w:t xml:space="preserve">                                                                                                           </w:t>
      </w:r>
      <w:r w:rsidR="00A0326E">
        <w:rPr>
          <w:rFonts w:ascii="Arial" w:hAnsi="Arial"/>
          <w:sz w:val="19"/>
        </w:rPr>
        <w:t xml:space="preserve">                      </w:t>
      </w:r>
      <w:proofErr w:type="spellStart"/>
      <w:r w:rsidR="00A0326E">
        <w:rPr>
          <w:rFonts w:ascii="Arial" w:hAnsi="Arial"/>
          <w:sz w:val="19"/>
        </w:rPr>
        <w:t>Sınıfı</w:t>
      </w:r>
      <w:proofErr w:type="spellEnd"/>
      <w:r w:rsidR="00A0326E">
        <w:rPr>
          <w:rFonts w:ascii="Arial" w:hAnsi="Arial"/>
          <w:sz w:val="19"/>
        </w:rPr>
        <w:t xml:space="preserve"> </w:t>
      </w:r>
      <w:proofErr w:type="spellStart"/>
      <w:r w:rsidR="00A0326E">
        <w:rPr>
          <w:rFonts w:ascii="Arial" w:hAnsi="Arial"/>
          <w:sz w:val="19"/>
        </w:rPr>
        <w:t>Numarası</w:t>
      </w:r>
      <w:proofErr w:type="spellEnd"/>
      <w:r w:rsidR="00A0326E">
        <w:rPr>
          <w:rFonts w:ascii="Arial" w:hAnsi="Arial"/>
          <w:sz w:val="19"/>
        </w:rPr>
        <w:t xml:space="preserve"> </w:t>
      </w:r>
      <w:r>
        <w:rPr>
          <w:rFonts w:ascii="Arial" w:hAnsi="Arial"/>
          <w:sz w:val="19"/>
        </w:rPr>
        <w:t xml:space="preserve">:     </w:t>
      </w:r>
      <w:r>
        <w:rPr>
          <w:rFonts w:ascii="Arial" w:hAnsi="Arial"/>
          <w:sz w:val="19"/>
        </w:rPr>
        <w:br/>
        <w:t xml:space="preserve">     </w:t>
      </w:r>
      <w:proofErr w:type="spellStart"/>
      <w:r>
        <w:rPr>
          <w:rFonts w:ascii="Arial" w:hAnsi="Arial"/>
          <w:sz w:val="19"/>
        </w:rPr>
        <w:t>Eğitim</w:t>
      </w:r>
      <w:proofErr w:type="spellEnd"/>
      <w:r>
        <w:rPr>
          <w:rFonts w:ascii="Arial" w:hAnsi="Arial"/>
          <w:sz w:val="19"/>
        </w:rPr>
        <w:t xml:space="preserve"> Programını Hazırlayanlar  :                                                                                                                 BEP Hazırlama Tarihi  :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249"/>
        <w:gridCol w:w="6491"/>
        <w:gridCol w:w="1238"/>
        <w:gridCol w:w="1774"/>
      </w:tblGrid>
      <w:tr w:rsidR="00290871" w:rsidTr="00F41C79">
        <w:tc>
          <w:tcPr>
            <w:tcW w:w="4249" w:type="dxa"/>
          </w:tcPr>
          <w:p w:rsidR="00290871" w:rsidRDefault="001A1FC1">
            <w:pPr>
              <w:jc w:val="center"/>
            </w:pPr>
            <w:r>
              <w:rPr>
                <w:rFonts w:ascii="Arial" w:hAnsi="Arial"/>
                <w:b/>
                <w:sz w:val="19"/>
              </w:rPr>
              <w:t>UZUN DÖNEMLİ AMAÇLAR</w:t>
            </w:r>
          </w:p>
        </w:tc>
        <w:tc>
          <w:tcPr>
            <w:tcW w:w="6491" w:type="dxa"/>
          </w:tcPr>
          <w:p w:rsidR="00290871" w:rsidRDefault="001A1FC1">
            <w:pPr>
              <w:jc w:val="center"/>
            </w:pPr>
            <w:r>
              <w:rPr>
                <w:rFonts w:ascii="Arial" w:hAnsi="Arial"/>
                <w:b/>
                <w:sz w:val="19"/>
              </w:rPr>
              <w:t>KISA DÖNEMLİ AMAÇLAR</w:t>
            </w:r>
          </w:p>
        </w:tc>
        <w:tc>
          <w:tcPr>
            <w:tcW w:w="1238" w:type="dxa"/>
          </w:tcPr>
          <w:p w:rsidR="00290871" w:rsidRDefault="001A1FC1">
            <w:pPr>
              <w:jc w:val="center"/>
            </w:pPr>
            <w:r>
              <w:rPr>
                <w:rFonts w:ascii="Arial" w:hAnsi="Arial"/>
                <w:b/>
                <w:sz w:val="19"/>
              </w:rPr>
              <w:t>Başlangıç-Bitiş Tarihi</w:t>
            </w:r>
          </w:p>
        </w:tc>
        <w:tc>
          <w:tcPr>
            <w:tcW w:w="1774" w:type="dxa"/>
          </w:tcPr>
          <w:p w:rsidR="00290871" w:rsidRDefault="001A1FC1">
            <w:pPr>
              <w:jc w:val="center"/>
            </w:pPr>
            <w:r>
              <w:rPr>
                <w:rFonts w:ascii="Arial" w:hAnsi="Arial"/>
                <w:b/>
                <w:sz w:val="19"/>
              </w:rPr>
              <w:t>Sorumlu Kişiler</w:t>
            </w:r>
          </w:p>
        </w:tc>
      </w:tr>
      <w:tr w:rsidR="00290871" w:rsidTr="00F41C79">
        <w:tc>
          <w:tcPr>
            <w:tcW w:w="4249" w:type="dxa"/>
          </w:tcPr>
          <w:p w:rsidR="00290871" w:rsidRPr="00F41C79" w:rsidRDefault="001A1FC1">
            <w:pPr>
              <w:rPr>
                <w:sz w:val="20"/>
                <w:szCs w:val="20"/>
              </w:rPr>
            </w:pPr>
            <w:r w:rsidRPr="00F41C79">
              <w:rPr>
                <w:rFonts w:ascii="Arial" w:hAnsi="Arial"/>
                <w:sz w:val="20"/>
                <w:szCs w:val="20"/>
              </w:rPr>
              <w:t>Modul 1: Guten Tag kapsamında günlük hayatta sık kullanılan selamlaşma ve tanışma kalıplarını öğrenir.</w:t>
            </w:r>
          </w:p>
        </w:tc>
        <w:tc>
          <w:tcPr>
            <w:tcW w:w="6491" w:type="dxa"/>
          </w:tcPr>
          <w:p w:rsidR="00290871" w:rsidRPr="00F41C79" w:rsidRDefault="001A1FC1">
            <w:pPr>
              <w:rPr>
                <w:sz w:val="20"/>
                <w:szCs w:val="20"/>
              </w:rPr>
            </w:pPr>
            <w:r w:rsidRPr="00F41C79">
              <w:rPr>
                <w:rFonts w:ascii="Arial" w:hAnsi="Arial"/>
                <w:sz w:val="20"/>
                <w:szCs w:val="20"/>
              </w:rPr>
              <w:t>Begrüßung und Verabschiedung kalıplarını gördüğünde tanır.</w:t>
            </w:r>
            <w:r w:rsidRPr="00F41C79">
              <w:rPr>
                <w:rFonts w:ascii="Arial" w:hAnsi="Arial"/>
                <w:sz w:val="20"/>
                <w:szCs w:val="20"/>
              </w:rPr>
              <w:br/>
              <w:t>Günlük selamlaşma ifadelerini bakarak yazar.</w:t>
            </w:r>
            <w:r w:rsidRPr="00F41C79">
              <w:rPr>
                <w:rFonts w:ascii="Arial" w:hAnsi="Arial"/>
                <w:sz w:val="20"/>
                <w:szCs w:val="20"/>
              </w:rPr>
              <w:br/>
              <w:t>Tagesabschnitte (günün bölümleri) ile ilgili kelimeleri eşleştirir.</w:t>
            </w:r>
          </w:p>
        </w:tc>
        <w:tc>
          <w:tcPr>
            <w:tcW w:w="1238" w:type="dxa"/>
          </w:tcPr>
          <w:p w:rsidR="00290871" w:rsidRPr="00F41C79" w:rsidRDefault="001A1FC1">
            <w:pPr>
              <w:rPr>
                <w:sz w:val="20"/>
                <w:szCs w:val="20"/>
              </w:rPr>
            </w:pPr>
            <w:r w:rsidRPr="00F41C79">
              <w:rPr>
                <w:rFonts w:ascii="Arial" w:hAnsi="Arial"/>
                <w:sz w:val="20"/>
                <w:szCs w:val="20"/>
              </w:rPr>
              <w:t>EYLÜL</w:t>
            </w:r>
          </w:p>
        </w:tc>
        <w:tc>
          <w:tcPr>
            <w:tcW w:w="1774" w:type="dxa"/>
          </w:tcPr>
          <w:p w:rsidR="00290871" w:rsidRPr="00F41C79" w:rsidRDefault="00290871">
            <w:pPr>
              <w:rPr>
                <w:sz w:val="20"/>
                <w:szCs w:val="20"/>
              </w:rPr>
            </w:pPr>
          </w:p>
        </w:tc>
      </w:tr>
      <w:tr w:rsidR="00290871" w:rsidTr="00F41C79">
        <w:tc>
          <w:tcPr>
            <w:tcW w:w="4249" w:type="dxa"/>
          </w:tcPr>
          <w:p w:rsidR="00290871" w:rsidRPr="00F41C79" w:rsidRDefault="001A1FC1">
            <w:pPr>
              <w:rPr>
                <w:sz w:val="20"/>
                <w:szCs w:val="20"/>
              </w:rPr>
            </w:pPr>
            <w:r w:rsidRPr="00F41C79">
              <w:rPr>
                <w:rFonts w:ascii="Arial" w:hAnsi="Arial"/>
                <w:sz w:val="20"/>
                <w:szCs w:val="20"/>
              </w:rPr>
              <w:t>Kendini ve sınıf arkadaşlarını tanıtma kalıplarını öğrenir.</w:t>
            </w:r>
          </w:p>
        </w:tc>
        <w:tc>
          <w:tcPr>
            <w:tcW w:w="6491" w:type="dxa"/>
          </w:tcPr>
          <w:p w:rsidR="00290871" w:rsidRPr="00F41C79" w:rsidRDefault="001A1FC1">
            <w:pPr>
              <w:rPr>
                <w:sz w:val="20"/>
                <w:szCs w:val="20"/>
              </w:rPr>
            </w:pPr>
            <w:r w:rsidRPr="00F41C79">
              <w:rPr>
                <w:rFonts w:ascii="Arial" w:hAnsi="Arial"/>
                <w:sz w:val="20"/>
                <w:szCs w:val="20"/>
              </w:rPr>
              <w:t>İsmini söyler ve bakarak yazar.</w:t>
            </w:r>
            <w:r w:rsidRPr="00F41C79">
              <w:rPr>
                <w:rFonts w:ascii="Arial" w:hAnsi="Arial"/>
                <w:sz w:val="20"/>
                <w:szCs w:val="20"/>
              </w:rPr>
              <w:br/>
              <w:t>Sayılardan (20'ye kadar) bildiklerini resimlerle eşleştirir.</w:t>
            </w:r>
            <w:r w:rsidRPr="00F41C79">
              <w:rPr>
                <w:rFonts w:ascii="Arial" w:hAnsi="Arial"/>
                <w:sz w:val="20"/>
                <w:szCs w:val="20"/>
              </w:rPr>
              <w:br/>
              <w:t>Leon'un arkadaşları ile ilgili basit ifadeleri tanır.</w:t>
            </w:r>
          </w:p>
        </w:tc>
        <w:tc>
          <w:tcPr>
            <w:tcW w:w="1238" w:type="dxa"/>
          </w:tcPr>
          <w:p w:rsidR="00290871" w:rsidRPr="00F41C79" w:rsidRDefault="001A1FC1">
            <w:pPr>
              <w:rPr>
                <w:sz w:val="20"/>
                <w:szCs w:val="20"/>
              </w:rPr>
            </w:pPr>
            <w:r w:rsidRPr="00F41C79">
              <w:rPr>
                <w:rFonts w:ascii="Arial" w:hAnsi="Arial"/>
                <w:sz w:val="20"/>
                <w:szCs w:val="20"/>
              </w:rPr>
              <w:t>EKİM</w:t>
            </w:r>
          </w:p>
        </w:tc>
        <w:tc>
          <w:tcPr>
            <w:tcW w:w="1774" w:type="dxa"/>
          </w:tcPr>
          <w:p w:rsidR="00290871" w:rsidRPr="00F41C79" w:rsidRDefault="00290871">
            <w:pPr>
              <w:rPr>
                <w:sz w:val="20"/>
                <w:szCs w:val="20"/>
              </w:rPr>
            </w:pPr>
          </w:p>
        </w:tc>
      </w:tr>
      <w:tr w:rsidR="00290871" w:rsidTr="00F41C79">
        <w:tc>
          <w:tcPr>
            <w:tcW w:w="4249" w:type="dxa"/>
          </w:tcPr>
          <w:p w:rsidR="00290871" w:rsidRPr="00F41C79" w:rsidRDefault="001A1FC1">
            <w:pPr>
              <w:rPr>
                <w:sz w:val="20"/>
                <w:szCs w:val="20"/>
              </w:rPr>
            </w:pPr>
            <w:r w:rsidRPr="00F41C79">
              <w:rPr>
                <w:rFonts w:ascii="Arial" w:hAnsi="Arial"/>
                <w:sz w:val="20"/>
                <w:szCs w:val="20"/>
              </w:rPr>
              <w:t>Ülkeler, diller ve alfabe çalışmalarına katılır.</w:t>
            </w:r>
          </w:p>
        </w:tc>
        <w:tc>
          <w:tcPr>
            <w:tcW w:w="6491" w:type="dxa"/>
          </w:tcPr>
          <w:p w:rsidR="00290871" w:rsidRPr="00F41C79" w:rsidRDefault="001A1FC1">
            <w:pPr>
              <w:rPr>
                <w:sz w:val="20"/>
                <w:szCs w:val="20"/>
              </w:rPr>
            </w:pPr>
            <w:r w:rsidRPr="00F41C79">
              <w:rPr>
                <w:rFonts w:ascii="Arial" w:hAnsi="Arial"/>
                <w:sz w:val="20"/>
                <w:szCs w:val="20"/>
              </w:rPr>
              <w:t>Länder und Sprachen kelimelerini görsel destekle eşleştirir.</w:t>
            </w:r>
            <w:r w:rsidRPr="00F41C79">
              <w:rPr>
                <w:rFonts w:ascii="Arial" w:hAnsi="Arial"/>
                <w:sz w:val="20"/>
                <w:szCs w:val="20"/>
              </w:rPr>
              <w:br/>
              <w:t>Almanca alfabe harflerini ve temel sesleri tanır.</w:t>
            </w:r>
            <w:r w:rsidRPr="00F41C79">
              <w:rPr>
                <w:rFonts w:ascii="Arial" w:hAnsi="Arial"/>
                <w:sz w:val="20"/>
                <w:szCs w:val="20"/>
              </w:rPr>
              <w:br/>
              <w:t>Basit soru cümlelerine (Woher kommst du?) yazılı cevap verir.</w:t>
            </w:r>
          </w:p>
        </w:tc>
        <w:tc>
          <w:tcPr>
            <w:tcW w:w="1238" w:type="dxa"/>
          </w:tcPr>
          <w:p w:rsidR="00290871" w:rsidRPr="00F41C79" w:rsidRDefault="001A1FC1">
            <w:pPr>
              <w:rPr>
                <w:sz w:val="20"/>
                <w:szCs w:val="20"/>
              </w:rPr>
            </w:pPr>
            <w:r w:rsidRPr="00F41C79">
              <w:rPr>
                <w:rFonts w:ascii="Arial" w:hAnsi="Arial"/>
                <w:sz w:val="20"/>
                <w:szCs w:val="20"/>
              </w:rPr>
              <w:t>KASIM</w:t>
            </w:r>
          </w:p>
        </w:tc>
        <w:tc>
          <w:tcPr>
            <w:tcW w:w="1774" w:type="dxa"/>
          </w:tcPr>
          <w:p w:rsidR="00290871" w:rsidRPr="00F41C79" w:rsidRDefault="00290871">
            <w:pPr>
              <w:rPr>
                <w:sz w:val="20"/>
                <w:szCs w:val="20"/>
              </w:rPr>
            </w:pPr>
          </w:p>
        </w:tc>
      </w:tr>
      <w:tr w:rsidR="00290871" w:rsidTr="00F41C79">
        <w:tc>
          <w:tcPr>
            <w:tcW w:w="4249" w:type="dxa"/>
          </w:tcPr>
          <w:p w:rsidR="00290871" w:rsidRPr="00F41C79" w:rsidRDefault="001A1FC1">
            <w:pPr>
              <w:rPr>
                <w:sz w:val="20"/>
                <w:szCs w:val="20"/>
              </w:rPr>
            </w:pPr>
            <w:r w:rsidRPr="00F41C79">
              <w:rPr>
                <w:rFonts w:ascii="Arial" w:hAnsi="Arial"/>
                <w:sz w:val="20"/>
                <w:szCs w:val="20"/>
              </w:rPr>
              <w:t>Modul 2: Okul odaları ve sınıf içi eşyaları tanır.</w:t>
            </w:r>
          </w:p>
        </w:tc>
        <w:tc>
          <w:tcPr>
            <w:tcW w:w="6491" w:type="dxa"/>
          </w:tcPr>
          <w:p w:rsidR="00290871" w:rsidRPr="00F41C79" w:rsidRDefault="001A1FC1">
            <w:pPr>
              <w:rPr>
                <w:sz w:val="20"/>
                <w:szCs w:val="20"/>
              </w:rPr>
            </w:pPr>
            <w:r w:rsidRPr="00F41C79">
              <w:rPr>
                <w:rFonts w:ascii="Arial" w:hAnsi="Arial"/>
                <w:sz w:val="20"/>
                <w:szCs w:val="20"/>
              </w:rPr>
              <w:t>Schulräume ve im Klassenzimmer nesnelerini görselle eşleştirir.</w:t>
            </w:r>
            <w:r w:rsidRPr="00F41C79">
              <w:rPr>
                <w:rFonts w:ascii="Arial" w:hAnsi="Arial"/>
                <w:sz w:val="20"/>
                <w:szCs w:val="20"/>
              </w:rPr>
              <w:br/>
              <w:t>Meine Schulsachen (ein, kein) kalıplarını tanır.</w:t>
            </w:r>
          </w:p>
        </w:tc>
        <w:tc>
          <w:tcPr>
            <w:tcW w:w="1238" w:type="dxa"/>
          </w:tcPr>
          <w:p w:rsidR="00290871" w:rsidRPr="00F41C79" w:rsidRDefault="001A1FC1">
            <w:pPr>
              <w:rPr>
                <w:sz w:val="20"/>
                <w:szCs w:val="20"/>
              </w:rPr>
            </w:pPr>
            <w:r w:rsidRPr="00F41C79">
              <w:rPr>
                <w:rFonts w:ascii="Arial" w:hAnsi="Arial"/>
                <w:sz w:val="20"/>
                <w:szCs w:val="20"/>
              </w:rPr>
              <w:t>ARALIK</w:t>
            </w:r>
          </w:p>
        </w:tc>
        <w:tc>
          <w:tcPr>
            <w:tcW w:w="1774" w:type="dxa"/>
          </w:tcPr>
          <w:p w:rsidR="00290871" w:rsidRPr="00F41C79" w:rsidRDefault="00290871">
            <w:pPr>
              <w:rPr>
                <w:sz w:val="20"/>
                <w:szCs w:val="20"/>
              </w:rPr>
            </w:pPr>
          </w:p>
        </w:tc>
      </w:tr>
      <w:tr w:rsidR="00290871" w:rsidTr="00F41C79">
        <w:tc>
          <w:tcPr>
            <w:tcW w:w="4249" w:type="dxa"/>
          </w:tcPr>
          <w:p w:rsidR="00290871" w:rsidRPr="00F41C79" w:rsidRDefault="001A1FC1">
            <w:pPr>
              <w:rPr>
                <w:sz w:val="20"/>
                <w:szCs w:val="20"/>
              </w:rPr>
            </w:pPr>
            <w:r w:rsidRPr="00F41C79">
              <w:rPr>
                <w:rFonts w:ascii="Arial" w:hAnsi="Arial"/>
                <w:sz w:val="20"/>
                <w:szCs w:val="20"/>
              </w:rPr>
              <w:t>Ders programı (Stundenplan) ve haftanın günlerini öğrenir.</w:t>
            </w:r>
          </w:p>
        </w:tc>
        <w:tc>
          <w:tcPr>
            <w:tcW w:w="6491" w:type="dxa"/>
          </w:tcPr>
          <w:p w:rsidR="00290871" w:rsidRPr="00F41C79" w:rsidRDefault="001A1FC1">
            <w:pPr>
              <w:rPr>
                <w:sz w:val="20"/>
                <w:szCs w:val="20"/>
              </w:rPr>
            </w:pPr>
            <w:r w:rsidRPr="00F41C79">
              <w:rPr>
                <w:rFonts w:ascii="Arial" w:hAnsi="Arial"/>
                <w:sz w:val="20"/>
                <w:szCs w:val="20"/>
              </w:rPr>
              <w:t>Wochentage ve Schulfächer (dersler) isimlerini eşleştirir.</w:t>
            </w:r>
            <w:r w:rsidRPr="00F41C79">
              <w:rPr>
                <w:rFonts w:ascii="Arial" w:hAnsi="Arial"/>
                <w:sz w:val="20"/>
                <w:szCs w:val="20"/>
              </w:rPr>
              <w:br/>
              <w:t>Leons Stundenplan üzerindeki temel ders adlarını tanır ve yazar.</w:t>
            </w:r>
          </w:p>
        </w:tc>
        <w:tc>
          <w:tcPr>
            <w:tcW w:w="1238" w:type="dxa"/>
          </w:tcPr>
          <w:p w:rsidR="00290871" w:rsidRPr="00F41C79" w:rsidRDefault="001A1FC1">
            <w:pPr>
              <w:rPr>
                <w:sz w:val="20"/>
                <w:szCs w:val="20"/>
              </w:rPr>
            </w:pPr>
            <w:r w:rsidRPr="00F41C79">
              <w:rPr>
                <w:rFonts w:ascii="Arial" w:hAnsi="Arial"/>
                <w:sz w:val="20"/>
                <w:szCs w:val="20"/>
              </w:rPr>
              <w:t>OCAK</w:t>
            </w:r>
          </w:p>
        </w:tc>
        <w:tc>
          <w:tcPr>
            <w:tcW w:w="1774" w:type="dxa"/>
          </w:tcPr>
          <w:p w:rsidR="00290871" w:rsidRPr="00F41C79" w:rsidRDefault="00290871">
            <w:pPr>
              <w:rPr>
                <w:sz w:val="20"/>
                <w:szCs w:val="20"/>
              </w:rPr>
            </w:pPr>
          </w:p>
        </w:tc>
      </w:tr>
    </w:tbl>
    <w:p w:rsidR="00290871" w:rsidRDefault="00290871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268"/>
        <w:gridCol w:w="6472"/>
        <w:gridCol w:w="1241"/>
        <w:gridCol w:w="1771"/>
      </w:tblGrid>
      <w:tr w:rsidR="00290871" w:rsidTr="00F41C79">
        <w:tc>
          <w:tcPr>
            <w:tcW w:w="4268" w:type="dxa"/>
          </w:tcPr>
          <w:p w:rsidR="00290871" w:rsidRDefault="001A1FC1">
            <w:pPr>
              <w:jc w:val="center"/>
            </w:pPr>
            <w:r>
              <w:rPr>
                <w:rFonts w:ascii="Arial" w:hAnsi="Arial"/>
                <w:b/>
                <w:sz w:val="19"/>
              </w:rPr>
              <w:t>UZUN DÖNEMLİ AMAÇLAR</w:t>
            </w:r>
          </w:p>
        </w:tc>
        <w:tc>
          <w:tcPr>
            <w:tcW w:w="6472" w:type="dxa"/>
          </w:tcPr>
          <w:p w:rsidR="00290871" w:rsidRDefault="001A1FC1">
            <w:pPr>
              <w:jc w:val="center"/>
            </w:pPr>
            <w:r>
              <w:rPr>
                <w:rFonts w:ascii="Arial" w:hAnsi="Arial"/>
                <w:b/>
                <w:sz w:val="19"/>
              </w:rPr>
              <w:t>KISA DÖNEMLİ AMAÇLAR</w:t>
            </w:r>
          </w:p>
        </w:tc>
        <w:tc>
          <w:tcPr>
            <w:tcW w:w="1241" w:type="dxa"/>
          </w:tcPr>
          <w:p w:rsidR="00290871" w:rsidRDefault="001A1FC1">
            <w:pPr>
              <w:jc w:val="center"/>
            </w:pPr>
            <w:r>
              <w:rPr>
                <w:rFonts w:ascii="Arial" w:hAnsi="Arial"/>
                <w:b/>
                <w:sz w:val="19"/>
              </w:rPr>
              <w:t>Başlangıç-Bitiş Tarihi</w:t>
            </w:r>
          </w:p>
        </w:tc>
        <w:tc>
          <w:tcPr>
            <w:tcW w:w="1771" w:type="dxa"/>
          </w:tcPr>
          <w:p w:rsidR="00290871" w:rsidRDefault="001A1FC1">
            <w:pPr>
              <w:jc w:val="center"/>
            </w:pPr>
            <w:r>
              <w:rPr>
                <w:rFonts w:ascii="Arial" w:hAnsi="Arial"/>
                <w:b/>
                <w:sz w:val="19"/>
              </w:rPr>
              <w:t>Sorumlu Kişiler</w:t>
            </w:r>
          </w:p>
        </w:tc>
      </w:tr>
      <w:tr w:rsidR="00290871" w:rsidTr="00F41C79">
        <w:tc>
          <w:tcPr>
            <w:tcW w:w="4268" w:type="dxa"/>
          </w:tcPr>
          <w:p w:rsidR="00290871" w:rsidRPr="00F41C79" w:rsidRDefault="001A1FC1">
            <w:pPr>
              <w:rPr>
                <w:sz w:val="20"/>
                <w:szCs w:val="20"/>
              </w:rPr>
            </w:pPr>
            <w:r w:rsidRPr="00F41C79">
              <w:rPr>
                <w:rFonts w:ascii="Arial" w:hAnsi="Arial"/>
                <w:sz w:val="20"/>
                <w:szCs w:val="20"/>
              </w:rPr>
              <w:t>Modul 3: Aile bireylerini ve meslekleri (Berufe) tanır.</w:t>
            </w:r>
          </w:p>
        </w:tc>
        <w:tc>
          <w:tcPr>
            <w:tcW w:w="6472" w:type="dxa"/>
          </w:tcPr>
          <w:p w:rsidR="00290871" w:rsidRPr="00F41C79" w:rsidRDefault="001A1FC1">
            <w:pPr>
              <w:rPr>
                <w:sz w:val="20"/>
                <w:szCs w:val="20"/>
              </w:rPr>
            </w:pPr>
            <w:r w:rsidRPr="00F41C79">
              <w:rPr>
                <w:rFonts w:ascii="Arial" w:hAnsi="Arial"/>
                <w:sz w:val="20"/>
                <w:szCs w:val="20"/>
              </w:rPr>
              <w:t>Meine Familie (Anushka/Fabian aile şeması) bireylerini fotoğrafla eşleştirir.</w:t>
            </w:r>
            <w:r w:rsidRPr="00F41C79">
              <w:rPr>
                <w:rFonts w:ascii="Arial" w:hAnsi="Arial"/>
                <w:sz w:val="20"/>
                <w:szCs w:val="20"/>
              </w:rPr>
              <w:br/>
              <w:t>Berufe (meslekler) isimlerini tanır ve yazar.</w:t>
            </w:r>
          </w:p>
        </w:tc>
        <w:tc>
          <w:tcPr>
            <w:tcW w:w="1241" w:type="dxa"/>
          </w:tcPr>
          <w:p w:rsidR="00290871" w:rsidRPr="00F41C79" w:rsidRDefault="001A1FC1">
            <w:pPr>
              <w:rPr>
                <w:sz w:val="20"/>
                <w:szCs w:val="20"/>
              </w:rPr>
            </w:pPr>
            <w:r w:rsidRPr="00F41C79">
              <w:rPr>
                <w:rFonts w:ascii="Arial" w:hAnsi="Arial"/>
                <w:sz w:val="20"/>
                <w:szCs w:val="20"/>
              </w:rPr>
              <w:t>ŞUBAT</w:t>
            </w:r>
          </w:p>
        </w:tc>
        <w:tc>
          <w:tcPr>
            <w:tcW w:w="1771" w:type="dxa"/>
          </w:tcPr>
          <w:p w:rsidR="00290871" w:rsidRPr="00F41C79" w:rsidRDefault="00290871">
            <w:pPr>
              <w:rPr>
                <w:sz w:val="20"/>
                <w:szCs w:val="20"/>
              </w:rPr>
            </w:pPr>
          </w:p>
        </w:tc>
      </w:tr>
      <w:tr w:rsidR="00290871" w:rsidTr="00F41C79">
        <w:tc>
          <w:tcPr>
            <w:tcW w:w="4268" w:type="dxa"/>
          </w:tcPr>
          <w:p w:rsidR="00290871" w:rsidRPr="00F41C79" w:rsidRDefault="001A1FC1">
            <w:pPr>
              <w:rPr>
                <w:sz w:val="20"/>
                <w:szCs w:val="20"/>
              </w:rPr>
            </w:pPr>
            <w:r w:rsidRPr="00F41C79">
              <w:rPr>
                <w:rFonts w:ascii="Arial" w:hAnsi="Arial"/>
                <w:sz w:val="20"/>
                <w:szCs w:val="20"/>
              </w:rPr>
              <w:t>Kişileri ve arkadaşları tanımlama çalışmalarına katılır.</w:t>
            </w:r>
          </w:p>
        </w:tc>
        <w:tc>
          <w:tcPr>
            <w:tcW w:w="6472" w:type="dxa"/>
          </w:tcPr>
          <w:p w:rsidR="00290871" w:rsidRPr="00F41C79" w:rsidRDefault="001A1FC1">
            <w:pPr>
              <w:rPr>
                <w:sz w:val="20"/>
                <w:szCs w:val="20"/>
              </w:rPr>
            </w:pPr>
            <w:r w:rsidRPr="00F41C79">
              <w:rPr>
                <w:rFonts w:ascii="Arial" w:hAnsi="Arial"/>
                <w:sz w:val="20"/>
                <w:szCs w:val="20"/>
              </w:rPr>
              <w:t>Karakter ve dış görünüşle ilgili basit sıfatları eşleştirir.</w:t>
            </w:r>
            <w:r w:rsidRPr="00F41C79">
              <w:rPr>
                <w:rFonts w:ascii="Arial" w:hAnsi="Arial"/>
                <w:sz w:val="20"/>
                <w:szCs w:val="20"/>
              </w:rPr>
              <w:br/>
              <w:t xml:space="preserve">'Du siehst gut </w:t>
            </w:r>
            <w:proofErr w:type="gramStart"/>
            <w:r w:rsidRPr="00F41C79">
              <w:rPr>
                <w:rFonts w:ascii="Arial" w:hAnsi="Arial"/>
                <w:sz w:val="20"/>
                <w:szCs w:val="20"/>
              </w:rPr>
              <w:t>aus' ve</w:t>
            </w:r>
            <w:proofErr w:type="gramEnd"/>
            <w:r w:rsidRPr="00F41C79">
              <w:rPr>
                <w:rFonts w:ascii="Arial" w:hAnsi="Arial"/>
                <w:sz w:val="20"/>
                <w:szCs w:val="20"/>
              </w:rPr>
              <w:t xml:space="preserve"> arkadaş tanımlama cümlelerini yazar.</w:t>
            </w:r>
          </w:p>
        </w:tc>
        <w:tc>
          <w:tcPr>
            <w:tcW w:w="1241" w:type="dxa"/>
          </w:tcPr>
          <w:p w:rsidR="00290871" w:rsidRPr="00F41C79" w:rsidRDefault="001A1FC1">
            <w:pPr>
              <w:rPr>
                <w:sz w:val="20"/>
                <w:szCs w:val="20"/>
              </w:rPr>
            </w:pPr>
            <w:r w:rsidRPr="00F41C79">
              <w:rPr>
                <w:rFonts w:ascii="Arial" w:hAnsi="Arial"/>
                <w:sz w:val="20"/>
                <w:szCs w:val="20"/>
              </w:rPr>
              <w:t>MART</w:t>
            </w:r>
          </w:p>
        </w:tc>
        <w:tc>
          <w:tcPr>
            <w:tcW w:w="1771" w:type="dxa"/>
          </w:tcPr>
          <w:p w:rsidR="00290871" w:rsidRPr="00F41C79" w:rsidRDefault="00290871">
            <w:pPr>
              <w:rPr>
                <w:sz w:val="20"/>
                <w:szCs w:val="20"/>
              </w:rPr>
            </w:pPr>
          </w:p>
        </w:tc>
      </w:tr>
      <w:tr w:rsidR="00290871" w:rsidTr="00F41C79">
        <w:tc>
          <w:tcPr>
            <w:tcW w:w="4268" w:type="dxa"/>
          </w:tcPr>
          <w:p w:rsidR="00290871" w:rsidRPr="00F41C79" w:rsidRDefault="001A1FC1">
            <w:pPr>
              <w:rPr>
                <w:sz w:val="20"/>
                <w:szCs w:val="20"/>
              </w:rPr>
            </w:pPr>
            <w:r w:rsidRPr="00F41C79">
              <w:rPr>
                <w:rFonts w:ascii="Arial" w:hAnsi="Arial"/>
                <w:sz w:val="20"/>
                <w:szCs w:val="20"/>
              </w:rPr>
              <w:t>Modul 4: Günlük rutinleri (Der Alltag) ve saatleri öğrenir.</w:t>
            </w:r>
          </w:p>
        </w:tc>
        <w:tc>
          <w:tcPr>
            <w:tcW w:w="6472" w:type="dxa"/>
          </w:tcPr>
          <w:p w:rsidR="00290871" w:rsidRPr="00F41C79" w:rsidRDefault="001A1FC1">
            <w:pPr>
              <w:rPr>
                <w:sz w:val="20"/>
                <w:szCs w:val="20"/>
              </w:rPr>
            </w:pPr>
            <w:r w:rsidRPr="00F41C79">
              <w:rPr>
                <w:rFonts w:ascii="Arial" w:hAnsi="Arial"/>
                <w:sz w:val="20"/>
                <w:szCs w:val="20"/>
              </w:rPr>
              <w:t>Mein Alltag ve saat sorma/söyleme (Wie spät ist es?) kalıplarını eşleştirir.</w:t>
            </w:r>
            <w:r w:rsidRPr="00F41C79">
              <w:rPr>
                <w:rFonts w:ascii="Arial" w:hAnsi="Arial"/>
                <w:sz w:val="20"/>
                <w:szCs w:val="20"/>
              </w:rPr>
              <w:br/>
              <w:t>Trenchable Verben (ayrılabilen fiiller) ile kurulan günlük rutinleri tanır.</w:t>
            </w:r>
          </w:p>
        </w:tc>
        <w:tc>
          <w:tcPr>
            <w:tcW w:w="1241" w:type="dxa"/>
          </w:tcPr>
          <w:p w:rsidR="00290871" w:rsidRPr="00F41C79" w:rsidRDefault="001A1FC1">
            <w:pPr>
              <w:rPr>
                <w:sz w:val="20"/>
                <w:szCs w:val="20"/>
              </w:rPr>
            </w:pPr>
            <w:r w:rsidRPr="00F41C79">
              <w:rPr>
                <w:rFonts w:ascii="Arial" w:hAnsi="Arial"/>
                <w:sz w:val="20"/>
                <w:szCs w:val="20"/>
              </w:rPr>
              <w:t>NİSAN</w:t>
            </w:r>
          </w:p>
        </w:tc>
        <w:tc>
          <w:tcPr>
            <w:tcW w:w="1771" w:type="dxa"/>
          </w:tcPr>
          <w:p w:rsidR="00290871" w:rsidRPr="00F41C79" w:rsidRDefault="00290871">
            <w:pPr>
              <w:rPr>
                <w:sz w:val="20"/>
                <w:szCs w:val="20"/>
              </w:rPr>
            </w:pPr>
          </w:p>
        </w:tc>
      </w:tr>
      <w:tr w:rsidR="00290871" w:rsidTr="00F41C79">
        <w:tc>
          <w:tcPr>
            <w:tcW w:w="4268" w:type="dxa"/>
          </w:tcPr>
          <w:p w:rsidR="00290871" w:rsidRPr="00F41C79" w:rsidRDefault="001A1FC1">
            <w:pPr>
              <w:rPr>
                <w:sz w:val="20"/>
                <w:szCs w:val="20"/>
              </w:rPr>
            </w:pPr>
            <w:r w:rsidRPr="00F41C79">
              <w:rPr>
                <w:rFonts w:ascii="Arial" w:hAnsi="Arial"/>
                <w:sz w:val="20"/>
                <w:szCs w:val="20"/>
              </w:rPr>
              <w:t>Kafede buluşma ve restoranda sipariş verme diyaloglarını öğrenir.</w:t>
            </w:r>
          </w:p>
        </w:tc>
        <w:tc>
          <w:tcPr>
            <w:tcW w:w="6472" w:type="dxa"/>
          </w:tcPr>
          <w:p w:rsidR="00290871" w:rsidRPr="00F41C79" w:rsidRDefault="001A1FC1">
            <w:pPr>
              <w:rPr>
                <w:sz w:val="20"/>
                <w:szCs w:val="20"/>
              </w:rPr>
            </w:pPr>
            <w:r w:rsidRPr="00F41C79">
              <w:rPr>
                <w:rFonts w:ascii="Arial" w:hAnsi="Arial"/>
                <w:sz w:val="20"/>
                <w:szCs w:val="20"/>
              </w:rPr>
              <w:t>Cafe Timpi buluşma ve Im Restaurant menü inceleme diyaloglarını takip eder.</w:t>
            </w:r>
            <w:r w:rsidRPr="00F41C79">
              <w:rPr>
                <w:rFonts w:ascii="Arial" w:hAnsi="Arial"/>
                <w:sz w:val="20"/>
                <w:szCs w:val="20"/>
              </w:rPr>
              <w:br/>
              <w:t>Yemek ve içecek sipariş kalıplarını eşleştirir.</w:t>
            </w:r>
          </w:p>
        </w:tc>
        <w:tc>
          <w:tcPr>
            <w:tcW w:w="1241" w:type="dxa"/>
          </w:tcPr>
          <w:p w:rsidR="00290871" w:rsidRPr="00F41C79" w:rsidRDefault="001A1FC1">
            <w:pPr>
              <w:rPr>
                <w:sz w:val="20"/>
                <w:szCs w:val="20"/>
              </w:rPr>
            </w:pPr>
            <w:r w:rsidRPr="00F41C79">
              <w:rPr>
                <w:rFonts w:ascii="Arial" w:hAnsi="Arial"/>
                <w:sz w:val="20"/>
                <w:szCs w:val="20"/>
              </w:rPr>
              <w:t>MAYIS</w:t>
            </w:r>
          </w:p>
        </w:tc>
        <w:tc>
          <w:tcPr>
            <w:tcW w:w="1771" w:type="dxa"/>
          </w:tcPr>
          <w:p w:rsidR="00290871" w:rsidRPr="00F41C79" w:rsidRDefault="00290871">
            <w:pPr>
              <w:rPr>
                <w:sz w:val="20"/>
                <w:szCs w:val="20"/>
              </w:rPr>
            </w:pPr>
          </w:p>
        </w:tc>
      </w:tr>
      <w:tr w:rsidR="00290871" w:rsidTr="00F41C79">
        <w:tc>
          <w:tcPr>
            <w:tcW w:w="4268" w:type="dxa"/>
          </w:tcPr>
          <w:p w:rsidR="00290871" w:rsidRPr="00F41C79" w:rsidRDefault="001A1FC1">
            <w:pPr>
              <w:rPr>
                <w:sz w:val="20"/>
                <w:szCs w:val="20"/>
              </w:rPr>
            </w:pPr>
            <w:r w:rsidRPr="00F41C79">
              <w:rPr>
                <w:rFonts w:ascii="Arial" w:hAnsi="Arial"/>
                <w:sz w:val="20"/>
                <w:szCs w:val="20"/>
              </w:rPr>
              <w:t>Yıl sonu genel tekrarı ve portfolyo değerlendirmesini yapar.</w:t>
            </w:r>
          </w:p>
        </w:tc>
        <w:tc>
          <w:tcPr>
            <w:tcW w:w="6472" w:type="dxa"/>
          </w:tcPr>
          <w:p w:rsidR="00290871" w:rsidRPr="00F41C79" w:rsidRDefault="001A1FC1">
            <w:pPr>
              <w:rPr>
                <w:sz w:val="20"/>
                <w:szCs w:val="20"/>
              </w:rPr>
            </w:pPr>
            <w:r w:rsidRPr="00F41C79">
              <w:rPr>
                <w:rFonts w:ascii="Arial" w:hAnsi="Arial"/>
                <w:sz w:val="20"/>
                <w:szCs w:val="20"/>
              </w:rPr>
              <w:t>Modul 1-4 arası kazanımları özetleyen genel tekrar çalışmalarına katılır.</w:t>
            </w:r>
            <w:r w:rsidRPr="00F41C79">
              <w:rPr>
                <w:rFonts w:ascii="Arial" w:hAnsi="Arial"/>
                <w:sz w:val="20"/>
                <w:szCs w:val="20"/>
              </w:rPr>
              <w:br/>
              <w:t>Öz değerlendirme formunu rehberlikle doldurur.</w:t>
            </w:r>
          </w:p>
        </w:tc>
        <w:tc>
          <w:tcPr>
            <w:tcW w:w="1241" w:type="dxa"/>
          </w:tcPr>
          <w:p w:rsidR="00290871" w:rsidRPr="00F41C79" w:rsidRDefault="001A1FC1">
            <w:pPr>
              <w:rPr>
                <w:sz w:val="20"/>
                <w:szCs w:val="20"/>
              </w:rPr>
            </w:pPr>
            <w:r w:rsidRPr="00F41C79">
              <w:rPr>
                <w:rFonts w:ascii="Arial" w:hAnsi="Arial"/>
                <w:sz w:val="20"/>
                <w:szCs w:val="20"/>
              </w:rPr>
              <w:t>HAZİRAN</w:t>
            </w:r>
          </w:p>
        </w:tc>
        <w:tc>
          <w:tcPr>
            <w:tcW w:w="1771" w:type="dxa"/>
          </w:tcPr>
          <w:p w:rsidR="00290871" w:rsidRPr="00F41C79" w:rsidRDefault="00290871">
            <w:pPr>
              <w:rPr>
                <w:sz w:val="20"/>
                <w:szCs w:val="20"/>
              </w:rPr>
            </w:pPr>
          </w:p>
        </w:tc>
      </w:tr>
    </w:tbl>
    <w:p w:rsidR="00404AEE" w:rsidRDefault="001A1FC1" w:rsidP="00404AEE">
      <w:pPr>
        <w:jc w:val="center"/>
        <w:rPr>
          <w:rFonts w:ascii="Arial" w:hAnsi="Arial"/>
          <w:sz w:val="17"/>
        </w:rPr>
      </w:pPr>
      <w:r>
        <w:rPr>
          <w:rFonts w:ascii="Arial" w:hAnsi="Arial"/>
          <w:sz w:val="17"/>
        </w:rPr>
        <w:tab/>
      </w:r>
      <w:hyperlink r:id="rId6" w:history="1">
        <w:r w:rsidR="00404AEE" w:rsidRPr="00E3130E">
          <w:rPr>
            <w:rStyle w:val="Kpr"/>
            <w:rFonts w:ascii="Arial" w:hAnsi="Arial"/>
            <w:sz w:val="17"/>
          </w:rPr>
          <w:t>https://www.dersmateryalleri.com/</w:t>
        </w:r>
      </w:hyperlink>
    </w:p>
    <w:p w:rsidR="00404AEE" w:rsidRDefault="00404AEE" w:rsidP="00404AEE">
      <w:pPr>
        <w:jc w:val="center"/>
      </w:pPr>
      <w:r>
        <w:rPr>
          <w:rFonts w:ascii="Arial" w:hAnsi="Arial"/>
          <w:sz w:val="17"/>
        </w:rPr>
        <w:tab/>
      </w:r>
      <w:r>
        <w:rPr>
          <w:rFonts w:ascii="Arial" w:hAnsi="Arial"/>
          <w:sz w:val="17"/>
        </w:rPr>
        <w:tab/>
      </w:r>
      <w:r>
        <w:rPr>
          <w:rFonts w:ascii="Arial" w:hAnsi="Arial"/>
          <w:sz w:val="17"/>
        </w:rPr>
        <w:tab/>
      </w:r>
      <w:r>
        <w:rPr>
          <w:rFonts w:ascii="Arial" w:hAnsi="Arial"/>
          <w:sz w:val="17"/>
        </w:rPr>
        <w:tab/>
      </w:r>
      <w:r>
        <w:rPr>
          <w:rFonts w:ascii="Arial" w:hAnsi="Arial"/>
          <w:sz w:val="17"/>
        </w:rPr>
        <w:tab/>
      </w:r>
      <w:r>
        <w:rPr>
          <w:rFonts w:ascii="Arial" w:hAnsi="Arial"/>
          <w:sz w:val="17"/>
        </w:rPr>
        <w:tab/>
      </w:r>
      <w:r>
        <w:rPr>
          <w:rFonts w:ascii="Arial" w:hAnsi="Arial"/>
          <w:sz w:val="17"/>
        </w:rPr>
        <w:tab/>
      </w:r>
      <w:r>
        <w:rPr>
          <w:rFonts w:ascii="Arial" w:hAnsi="Arial"/>
          <w:sz w:val="17"/>
        </w:rPr>
        <w:tab/>
      </w:r>
      <w:r>
        <w:rPr>
          <w:rFonts w:ascii="Arial" w:hAnsi="Arial"/>
          <w:sz w:val="17"/>
        </w:rPr>
        <w:tab/>
      </w:r>
      <w:r>
        <w:rPr>
          <w:rFonts w:ascii="Arial" w:hAnsi="Arial"/>
          <w:sz w:val="17"/>
        </w:rPr>
        <w:tab/>
      </w:r>
      <w:r>
        <w:rPr>
          <w:rFonts w:ascii="Arial" w:hAnsi="Arial"/>
          <w:sz w:val="17"/>
        </w:rPr>
        <w:tab/>
      </w:r>
      <w:r w:rsidR="001A1FC1">
        <w:rPr>
          <w:rFonts w:ascii="Arial" w:hAnsi="Arial"/>
          <w:b/>
          <w:sz w:val="17"/>
        </w:rPr>
        <w:t xml:space="preserve">                 </w:t>
      </w:r>
      <w:r>
        <w:rPr>
          <w:rFonts w:ascii="Arial" w:hAnsi="Arial"/>
          <w:b/>
          <w:sz w:val="17"/>
        </w:rPr>
        <w:t xml:space="preserve">…./…./…….. </w:t>
      </w:r>
      <w:r w:rsidRPr="002C133C">
        <w:rPr>
          <w:rFonts w:ascii="Arial" w:hAnsi="Arial"/>
          <w:b/>
          <w:sz w:val="17"/>
        </w:rPr>
        <w:t xml:space="preserve">      </w:t>
      </w:r>
      <w:r>
        <w:rPr>
          <w:rFonts w:ascii="Arial" w:hAnsi="Arial"/>
          <w:sz w:val="17"/>
        </w:rPr>
        <w:br/>
      </w:r>
      <w:proofErr w:type="spellStart"/>
      <w:proofErr w:type="gramStart"/>
      <w:r w:rsidRPr="002C133C">
        <w:rPr>
          <w:rFonts w:ascii="Arial" w:hAnsi="Arial"/>
          <w:b/>
        </w:rPr>
        <w:t>Sınıf</w:t>
      </w:r>
      <w:proofErr w:type="spellEnd"/>
      <w:r w:rsidRPr="002C133C">
        <w:rPr>
          <w:rFonts w:ascii="Arial" w:hAnsi="Arial"/>
          <w:b/>
        </w:rPr>
        <w:t xml:space="preserve">  </w:t>
      </w:r>
      <w:proofErr w:type="spellStart"/>
      <w:r w:rsidRPr="002C133C">
        <w:rPr>
          <w:rFonts w:ascii="Arial" w:hAnsi="Arial"/>
          <w:b/>
        </w:rPr>
        <w:t>Rehber</w:t>
      </w:r>
      <w:proofErr w:type="spellEnd"/>
      <w:proofErr w:type="gramEnd"/>
      <w:r w:rsidRPr="002C133C">
        <w:rPr>
          <w:rFonts w:ascii="Arial" w:hAnsi="Arial"/>
          <w:b/>
        </w:rPr>
        <w:t xml:space="preserve"> </w:t>
      </w:r>
      <w:proofErr w:type="spellStart"/>
      <w:r w:rsidRPr="002C133C">
        <w:rPr>
          <w:rFonts w:ascii="Arial" w:hAnsi="Arial"/>
          <w:b/>
        </w:rPr>
        <w:t>Öğretmeni</w:t>
      </w:r>
      <w:proofErr w:type="spellEnd"/>
      <w:r w:rsidRPr="002C133C">
        <w:rPr>
          <w:rFonts w:ascii="Arial" w:hAnsi="Arial"/>
          <w:b/>
        </w:rPr>
        <w:t xml:space="preserve">          </w:t>
      </w:r>
      <w:proofErr w:type="spellStart"/>
      <w:r w:rsidRPr="002C133C">
        <w:rPr>
          <w:rFonts w:ascii="Arial" w:hAnsi="Arial"/>
          <w:b/>
        </w:rPr>
        <w:t>Branş</w:t>
      </w:r>
      <w:proofErr w:type="spellEnd"/>
      <w:r w:rsidRPr="002C133C">
        <w:rPr>
          <w:rFonts w:ascii="Arial" w:hAnsi="Arial"/>
          <w:b/>
        </w:rPr>
        <w:t xml:space="preserve"> </w:t>
      </w:r>
      <w:proofErr w:type="spellStart"/>
      <w:r w:rsidRPr="002C133C">
        <w:rPr>
          <w:rFonts w:ascii="Arial" w:hAnsi="Arial"/>
          <w:b/>
        </w:rPr>
        <w:t>Öğretmeni</w:t>
      </w:r>
      <w:proofErr w:type="spellEnd"/>
      <w:r w:rsidRPr="002C133C">
        <w:rPr>
          <w:rFonts w:ascii="Arial" w:hAnsi="Arial"/>
          <w:b/>
        </w:rPr>
        <w:t xml:space="preserve">             </w:t>
      </w:r>
      <w:proofErr w:type="spellStart"/>
      <w:r w:rsidRPr="002C133C">
        <w:rPr>
          <w:rFonts w:ascii="Arial" w:hAnsi="Arial"/>
          <w:b/>
        </w:rPr>
        <w:t>Rehber</w:t>
      </w:r>
      <w:proofErr w:type="spellEnd"/>
      <w:r w:rsidRPr="002C133C">
        <w:rPr>
          <w:rFonts w:ascii="Arial" w:hAnsi="Arial"/>
          <w:b/>
        </w:rPr>
        <w:t xml:space="preserve"> </w:t>
      </w:r>
      <w:proofErr w:type="spellStart"/>
      <w:r w:rsidRPr="002C133C">
        <w:rPr>
          <w:rFonts w:ascii="Arial" w:hAnsi="Arial"/>
          <w:b/>
        </w:rPr>
        <w:t>Öğretmen</w:t>
      </w:r>
      <w:proofErr w:type="spellEnd"/>
      <w:r w:rsidRPr="002C133C">
        <w:rPr>
          <w:rFonts w:ascii="Arial" w:hAnsi="Arial"/>
          <w:b/>
        </w:rPr>
        <w:t xml:space="preserve">                  </w:t>
      </w:r>
      <w:proofErr w:type="spellStart"/>
      <w:r w:rsidRPr="002C133C">
        <w:rPr>
          <w:rFonts w:ascii="Arial" w:hAnsi="Arial"/>
          <w:b/>
        </w:rPr>
        <w:t>Birim</w:t>
      </w:r>
      <w:proofErr w:type="spellEnd"/>
      <w:r w:rsidRPr="002C133C">
        <w:rPr>
          <w:rFonts w:ascii="Arial" w:hAnsi="Arial"/>
          <w:b/>
        </w:rPr>
        <w:t xml:space="preserve"> </w:t>
      </w:r>
      <w:proofErr w:type="spellStart"/>
      <w:r w:rsidRPr="002C133C">
        <w:rPr>
          <w:rFonts w:ascii="Arial" w:hAnsi="Arial"/>
          <w:b/>
        </w:rPr>
        <w:t>Başkanı</w:t>
      </w:r>
      <w:proofErr w:type="spellEnd"/>
    </w:p>
    <w:p w:rsidR="00290871" w:rsidRDefault="00290871">
      <w:pPr>
        <w:jc w:val="right"/>
      </w:pPr>
    </w:p>
    <w:sectPr w:rsidR="00290871" w:rsidSect="00F41C79">
      <w:pgSz w:w="15840" w:h="12240" w:orient="landscape"/>
      <w:pgMar w:top="851" w:right="1152" w:bottom="42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A1FC1"/>
    <w:rsid w:val="00290871"/>
    <w:rsid w:val="0029639D"/>
    <w:rsid w:val="00326F90"/>
    <w:rsid w:val="00404AEE"/>
    <w:rsid w:val="00461B7B"/>
    <w:rsid w:val="00A0326E"/>
    <w:rsid w:val="00AA1D8D"/>
    <w:rsid w:val="00B47730"/>
    <w:rsid w:val="00CB0664"/>
    <w:rsid w:val="00F41C7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6DFFFEFB-E633-4430-B513-119622D72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Kpr">
    <w:name w:val="Hyperlink"/>
    <w:basedOn w:val="VarsaylanParagrafYazTipi"/>
    <w:uiPriority w:val="99"/>
    <w:unhideWhenUsed/>
    <w:rsid w:val="00404AE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dersmateryalleri.com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E239215-39BB-4EBB-88B8-61AAEE34DB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442</Words>
  <Characters>2521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2958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hesabı</cp:lastModifiedBy>
  <cp:revision>6</cp:revision>
  <dcterms:created xsi:type="dcterms:W3CDTF">2013-12-23T23:15:00Z</dcterms:created>
  <dcterms:modified xsi:type="dcterms:W3CDTF">2026-10-14T08:44:00Z</dcterms:modified>
  <cp:category/>
</cp:coreProperties>
</file>