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263" w:rsidRDefault="009A7386">
      <w:pPr>
        <w:jc w:val="center"/>
      </w:pPr>
      <w:r>
        <w:rPr>
          <w:rFonts w:ascii="Arial" w:hAnsi="Arial"/>
          <w:b/>
        </w:rPr>
        <w:t>202</w:t>
      </w:r>
      <w:proofErr w:type="gramStart"/>
      <w:r>
        <w:rPr>
          <w:rFonts w:ascii="Arial" w:hAnsi="Arial"/>
          <w:b/>
        </w:rPr>
        <w:t>..</w:t>
      </w:r>
      <w:proofErr w:type="gramEnd"/>
      <w:r>
        <w:rPr>
          <w:rFonts w:ascii="Arial" w:hAnsi="Arial"/>
          <w:b/>
        </w:rPr>
        <w:t xml:space="preserve"> – 202..  </w:t>
      </w:r>
      <w:bookmarkStart w:id="0" w:name="_GoBack"/>
      <w:bookmarkEnd w:id="0"/>
      <w:r w:rsidR="00E54D40">
        <w:rPr>
          <w:rFonts w:ascii="Arial" w:hAnsi="Arial"/>
          <w:b/>
        </w:rPr>
        <w:t xml:space="preserve">EĞİTİM ÖĞRETİM YILI </w:t>
      </w:r>
      <w:r w:rsidR="00E54D40">
        <w:rPr>
          <w:rFonts w:ascii="Arial" w:hAnsi="Arial"/>
          <w:b/>
        </w:rPr>
        <w:br/>
        <w:t xml:space="preserve">……………………………………………… LİSESİ </w:t>
      </w:r>
      <w:r w:rsidR="00E54D40">
        <w:rPr>
          <w:rFonts w:ascii="Arial" w:hAnsi="Arial"/>
          <w:b/>
        </w:rPr>
        <w:br/>
        <w:t>10. SINIF MÜZİK DERSİ BİREYSELLEŞTİRİLMİŞ EĞİTİM PROGRAMI (BEP)</w:t>
      </w:r>
    </w:p>
    <w:p w:rsidR="004B7263" w:rsidRDefault="00E54D40">
      <w:r>
        <w:rPr>
          <w:rFonts w:ascii="Arial" w:hAnsi="Arial"/>
          <w:sz w:val="19"/>
        </w:rPr>
        <w:t xml:space="preserve">     Öğrencinin Adı </w:t>
      </w:r>
      <w:proofErr w:type="gramStart"/>
      <w:r>
        <w:rPr>
          <w:rFonts w:ascii="Arial" w:hAnsi="Arial"/>
          <w:sz w:val="19"/>
        </w:rPr>
        <w:t>Soyadı :</w:t>
      </w:r>
      <w:proofErr w:type="gramEnd"/>
      <w:r>
        <w:rPr>
          <w:rFonts w:ascii="Arial" w:hAnsi="Arial"/>
          <w:sz w:val="19"/>
        </w:rPr>
        <w:t xml:space="preserve">                                                                                                                                           Sınıfı Numarası              :     </w:t>
      </w:r>
      <w:r>
        <w:rPr>
          <w:rFonts w:ascii="Arial" w:hAnsi="Arial"/>
          <w:sz w:val="19"/>
        </w:rPr>
        <w:br/>
        <w:t xml:space="preserve">     Eğitim Programını Hazırlayanlar  :                                                                                                                 </w:t>
      </w:r>
      <w:r w:rsidR="008117FF">
        <w:rPr>
          <w:rFonts w:ascii="Arial" w:hAnsi="Arial"/>
          <w:sz w:val="19"/>
        </w:rPr>
        <w:t xml:space="preserve">          </w:t>
      </w:r>
      <w:r>
        <w:rPr>
          <w:rFonts w:ascii="Arial" w:hAnsi="Arial"/>
          <w:sz w:val="19"/>
        </w:rPr>
        <w:t>BEP Hazırlama Tarihi  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8"/>
        <w:gridCol w:w="5930"/>
        <w:gridCol w:w="1797"/>
        <w:gridCol w:w="1777"/>
      </w:tblGrid>
      <w:tr w:rsidR="004B7263">
        <w:tc>
          <w:tcPr>
            <w:tcW w:w="4608" w:type="dxa"/>
          </w:tcPr>
          <w:p w:rsidR="004B7263" w:rsidRDefault="00E54D40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UZUN DÖNEMLİ AMAÇLAR</w:t>
            </w:r>
          </w:p>
        </w:tc>
        <w:tc>
          <w:tcPr>
            <w:tcW w:w="6480" w:type="dxa"/>
          </w:tcPr>
          <w:p w:rsidR="004B7263" w:rsidRDefault="00E54D40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KISA DÖNEMLİ AMAÇLAR</w:t>
            </w:r>
          </w:p>
        </w:tc>
        <w:tc>
          <w:tcPr>
            <w:tcW w:w="1872" w:type="dxa"/>
          </w:tcPr>
          <w:p w:rsidR="004B7263" w:rsidRDefault="00E54D40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Başlangıç-Bitiş Tarihi</w:t>
            </w:r>
          </w:p>
        </w:tc>
        <w:tc>
          <w:tcPr>
            <w:tcW w:w="1872" w:type="dxa"/>
          </w:tcPr>
          <w:p w:rsidR="004B7263" w:rsidRDefault="00E54D40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Sorumlu Kişiler</w:t>
            </w:r>
          </w:p>
        </w:tc>
      </w:tr>
      <w:tr w:rsidR="004B7263">
        <w:tc>
          <w:tcPr>
            <w:tcW w:w="4608" w:type="dxa"/>
          </w:tcPr>
          <w:p w:rsidR="004B7263" w:rsidRPr="00E54D40" w:rsidRDefault="00E54D40">
            <w:pPr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İstiklal Marşı'nı ve toplumsal yaşamda önemli yeri olan marşları müziksel söyler.</w:t>
            </w:r>
          </w:p>
        </w:tc>
        <w:tc>
          <w:tcPr>
            <w:tcW w:w="6480" w:type="dxa"/>
          </w:tcPr>
          <w:p w:rsidR="004B7263" w:rsidRPr="00E54D40" w:rsidRDefault="00E54D40">
            <w:pPr>
              <w:rPr>
                <w:rFonts w:ascii="Arial" w:hAnsi="Arial"/>
                <w:sz w:val="20"/>
                <w:szCs w:val="20"/>
              </w:rPr>
            </w:pP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İstiklal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Marşı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toplumsal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marşları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doğru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etkili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seslendirir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>.</w:t>
            </w:r>
          </w:p>
          <w:p w:rsidR="00E54D40" w:rsidRPr="00E54D40" w:rsidRDefault="00E54D40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4B7263" w:rsidRPr="00E54D40" w:rsidRDefault="00E54D40" w:rsidP="00D23C72">
            <w:pPr>
              <w:jc w:val="center"/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EYLÜL</w:t>
            </w:r>
          </w:p>
        </w:tc>
        <w:tc>
          <w:tcPr>
            <w:tcW w:w="1872" w:type="dxa"/>
          </w:tcPr>
          <w:p w:rsidR="004B7263" w:rsidRPr="00E54D40" w:rsidRDefault="004B7263">
            <w:pPr>
              <w:rPr>
                <w:sz w:val="20"/>
                <w:szCs w:val="20"/>
              </w:rPr>
            </w:pPr>
          </w:p>
        </w:tc>
      </w:tr>
      <w:tr w:rsidR="004B7263">
        <w:tc>
          <w:tcPr>
            <w:tcW w:w="4608" w:type="dxa"/>
          </w:tcPr>
          <w:p w:rsidR="004B7263" w:rsidRPr="00E54D40" w:rsidRDefault="00E54D40">
            <w:pPr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Temel müzik yazı ve işaretlerini verilen eser üzerinde çözer.</w:t>
            </w:r>
          </w:p>
        </w:tc>
        <w:tc>
          <w:tcPr>
            <w:tcW w:w="6480" w:type="dxa"/>
          </w:tcPr>
          <w:p w:rsidR="004B7263" w:rsidRPr="00E54D40" w:rsidRDefault="00E54D40">
            <w:pPr>
              <w:rPr>
                <w:rFonts w:ascii="Arial" w:hAnsi="Arial"/>
                <w:sz w:val="20"/>
                <w:szCs w:val="20"/>
              </w:rPr>
            </w:pP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Temel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müzik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yazı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işaretlerini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tanır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nota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üzerinde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gösterir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>.</w:t>
            </w:r>
          </w:p>
          <w:p w:rsidR="00E54D40" w:rsidRPr="00E54D40" w:rsidRDefault="00E54D40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4B7263" w:rsidRPr="00E54D40" w:rsidRDefault="00E54D40" w:rsidP="00D23C72">
            <w:pPr>
              <w:jc w:val="center"/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EYLÜL - EKİM</w:t>
            </w:r>
          </w:p>
        </w:tc>
        <w:tc>
          <w:tcPr>
            <w:tcW w:w="1872" w:type="dxa"/>
          </w:tcPr>
          <w:p w:rsidR="004B7263" w:rsidRPr="00E54D40" w:rsidRDefault="004B7263">
            <w:pPr>
              <w:rPr>
                <w:sz w:val="20"/>
                <w:szCs w:val="20"/>
              </w:rPr>
            </w:pPr>
          </w:p>
        </w:tc>
      </w:tr>
      <w:tr w:rsidR="004B7263">
        <w:tc>
          <w:tcPr>
            <w:tcW w:w="4608" w:type="dxa"/>
          </w:tcPr>
          <w:p w:rsidR="004B7263" w:rsidRPr="00E54D40" w:rsidRDefault="00E54D40">
            <w:pPr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Üç vuruşlu ölçü türlerini tanır ve karşılaştırır.</w:t>
            </w:r>
          </w:p>
        </w:tc>
        <w:tc>
          <w:tcPr>
            <w:tcW w:w="6480" w:type="dxa"/>
          </w:tcPr>
          <w:p w:rsidR="004B7263" w:rsidRPr="00E54D40" w:rsidRDefault="00E54D40">
            <w:pPr>
              <w:rPr>
                <w:rFonts w:ascii="Arial" w:hAnsi="Arial"/>
                <w:sz w:val="20"/>
                <w:szCs w:val="20"/>
              </w:rPr>
            </w:pP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Müzikte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üç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vuruşlu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ölçü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türlerini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tanır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karşılaştırma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çalışmaları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yapar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>.</w:t>
            </w:r>
          </w:p>
          <w:p w:rsidR="00E54D40" w:rsidRPr="00E54D40" w:rsidRDefault="00E54D40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4B7263" w:rsidRPr="00E54D40" w:rsidRDefault="00E54D40" w:rsidP="00D23C72">
            <w:pPr>
              <w:jc w:val="center"/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EKİM - KASIM</w:t>
            </w:r>
          </w:p>
        </w:tc>
        <w:tc>
          <w:tcPr>
            <w:tcW w:w="1872" w:type="dxa"/>
          </w:tcPr>
          <w:p w:rsidR="004B7263" w:rsidRPr="00E54D40" w:rsidRDefault="004B7263">
            <w:pPr>
              <w:rPr>
                <w:sz w:val="20"/>
                <w:szCs w:val="20"/>
              </w:rPr>
            </w:pPr>
          </w:p>
        </w:tc>
      </w:tr>
      <w:tr w:rsidR="004B7263">
        <w:tc>
          <w:tcPr>
            <w:tcW w:w="4608" w:type="dxa"/>
          </w:tcPr>
          <w:p w:rsidR="004B7263" w:rsidRPr="00E54D40" w:rsidRDefault="00E54D40">
            <w:pPr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Müzikte makamsal yapıyı çözümleyip eserler üzerinde inceler.</w:t>
            </w:r>
          </w:p>
        </w:tc>
        <w:tc>
          <w:tcPr>
            <w:tcW w:w="6480" w:type="dxa"/>
          </w:tcPr>
          <w:p w:rsidR="004B7263" w:rsidRPr="00E54D40" w:rsidRDefault="00E54D40">
            <w:pPr>
              <w:rPr>
                <w:rFonts w:ascii="Arial" w:hAnsi="Arial"/>
                <w:sz w:val="20"/>
                <w:szCs w:val="20"/>
              </w:rPr>
            </w:pP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Türk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müziğinin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makamsal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yapısını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tanır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makamsal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özellikleri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ayırt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eder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>.</w:t>
            </w:r>
          </w:p>
          <w:p w:rsidR="00E54D40" w:rsidRPr="00E54D40" w:rsidRDefault="00E54D40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4B7263" w:rsidRPr="00E54D40" w:rsidRDefault="00E54D40" w:rsidP="00D23C72">
            <w:pPr>
              <w:jc w:val="center"/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KASIM - ARALIK</w:t>
            </w:r>
          </w:p>
        </w:tc>
        <w:tc>
          <w:tcPr>
            <w:tcW w:w="1872" w:type="dxa"/>
          </w:tcPr>
          <w:p w:rsidR="004B7263" w:rsidRPr="00E54D40" w:rsidRDefault="004B7263">
            <w:pPr>
              <w:rPr>
                <w:sz w:val="20"/>
                <w:szCs w:val="20"/>
              </w:rPr>
            </w:pPr>
          </w:p>
        </w:tc>
      </w:tr>
      <w:tr w:rsidR="004B7263">
        <w:tc>
          <w:tcPr>
            <w:tcW w:w="4608" w:type="dxa"/>
          </w:tcPr>
          <w:p w:rsidR="004B7263" w:rsidRPr="00E54D40" w:rsidRDefault="00E54D40">
            <w:pPr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Türk müziğinin gelişim sürecini ve eserlerini seslendirir.</w:t>
            </w:r>
          </w:p>
        </w:tc>
        <w:tc>
          <w:tcPr>
            <w:tcW w:w="6480" w:type="dxa"/>
          </w:tcPr>
          <w:p w:rsidR="004B7263" w:rsidRPr="00E54D40" w:rsidRDefault="00E54D40">
            <w:pPr>
              <w:rPr>
                <w:rFonts w:ascii="Arial" w:hAnsi="Arial"/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Türk müziğinin gelişim sürecini neden-sonuç ilişkisiyle yorumlar.</w:t>
            </w:r>
            <w:r w:rsidRPr="00E54D40">
              <w:rPr>
                <w:rFonts w:ascii="Arial" w:hAnsi="Arial"/>
                <w:sz w:val="20"/>
                <w:szCs w:val="20"/>
              </w:rPr>
              <w:br/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Türk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müziğine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ait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eserleri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müziksel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söyler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>.</w:t>
            </w:r>
          </w:p>
          <w:p w:rsidR="00E54D40" w:rsidRPr="00E54D40" w:rsidRDefault="00E54D40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4B7263" w:rsidRPr="00E54D40" w:rsidRDefault="00E54D40" w:rsidP="00D23C72">
            <w:pPr>
              <w:jc w:val="center"/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ARALIK - OCAK</w:t>
            </w:r>
          </w:p>
        </w:tc>
        <w:tc>
          <w:tcPr>
            <w:tcW w:w="1872" w:type="dxa"/>
          </w:tcPr>
          <w:p w:rsidR="004B7263" w:rsidRPr="00E54D40" w:rsidRDefault="004B7263">
            <w:pPr>
              <w:rPr>
                <w:sz w:val="20"/>
                <w:szCs w:val="20"/>
              </w:rPr>
            </w:pPr>
          </w:p>
        </w:tc>
      </w:tr>
    </w:tbl>
    <w:p w:rsidR="004B7263" w:rsidRDefault="004B7263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8"/>
        <w:gridCol w:w="5931"/>
        <w:gridCol w:w="1797"/>
        <w:gridCol w:w="1776"/>
      </w:tblGrid>
      <w:tr w:rsidR="004B7263">
        <w:tc>
          <w:tcPr>
            <w:tcW w:w="4608" w:type="dxa"/>
          </w:tcPr>
          <w:p w:rsidR="004B7263" w:rsidRDefault="00E54D40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UZUN DÖNEMLİ AMAÇLAR</w:t>
            </w:r>
          </w:p>
        </w:tc>
        <w:tc>
          <w:tcPr>
            <w:tcW w:w="6480" w:type="dxa"/>
          </w:tcPr>
          <w:p w:rsidR="004B7263" w:rsidRDefault="00E54D40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KISA DÖNEMLİ AMAÇLAR</w:t>
            </w:r>
          </w:p>
        </w:tc>
        <w:tc>
          <w:tcPr>
            <w:tcW w:w="1872" w:type="dxa"/>
          </w:tcPr>
          <w:p w:rsidR="004B7263" w:rsidRDefault="00E54D40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Başlangıç-Bitiş Tarihi</w:t>
            </w:r>
          </w:p>
        </w:tc>
        <w:tc>
          <w:tcPr>
            <w:tcW w:w="1872" w:type="dxa"/>
          </w:tcPr>
          <w:p w:rsidR="004B7263" w:rsidRDefault="00E54D40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Sorumlu Kişiler</w:t>
            </w:r>
          </w:p>
        </w:tc>
      </w:tr>
      <w:tr w:rsidR="004B7263">
        <w:tc>
          <w:tcPr>
            <w:tcW w:w="4608" w:type="dxa"/>
          </w:tcPr>
          <w:p w:rsidR="004B7263" w:rsidRPr="00E54D40" w:rsidRDefault="00E54D40">
            <w:pPr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Müzik türlerini sınıflandırır, marş, şarkı ve türküleri seslendirir.</w:t>
            </w:r>
          </w:p>
        </w:tc>
        <w:tc>
          <w:tcPr>
            <w:tcW w:w="6480" w:type="dxa"/>
          </w:tcPr>
          <w:p w:rsidR="004B7263" w:rsidRPr="00E54D40" w:rsidRDefault="00E54D40">
            <w:pPr>
              <w:rPr>
                <w:rFonts w:ascii="Arial" w:hAnsi="Arial"/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Müzik türlerini tanır ve sınıflandırır.</w:t>
            </w:r>
            <w:r w:rsidRPr="00E54D40">
              <w:rPr>
                <w:rFonts w:ascii="Arial" w:hAnsi="Arial"/>
                <w:sz w:val="20"/>
                <w:szCs w:val="20"/>
              </w:rPr>
              <w:br/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Marşları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,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şarkıları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türküleri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müziksel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söyler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>.</w:t>
            </w:r>
          </w:p>
          <w:p w:rsidR="00E54D40" w:rsidRPr="00E54D40" w:rsidRDefault="00E54D40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4B7263" w:rsidRPr="00E54D40" w:rsidRDefault="00E54D40" w:rsidP="00D23C72">
            <w:pPr>
              <w:jc w:val="center"/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ŞUBAT - MART</w:t>
            </w:r>
          </w:p>
        </w:tc>
        <w:tc>
          <w:tcPr>
            <w:tcW w:w="1872" w:type="dxa"/>
          </w:tcPr>
          <w:p w:rsidR="004B7263" w:rsidRPr="00E54D40" w:rsidRDefault="004B7263">
            <w:pPr>
              <w:rPr>
                <w:sz w:val="20"/>
                <w:szCs w:val="20"/>
              </w:rPr>
            </w:pPr>
          </w:p>
        </w:tc>
      </w:tr>
      <w:tr w:rsidR="004B7263">
        <w:tc>
          <w:tcPr>
            <w:tcW w:w="4608" w:type="dxa"/>
          </w:tcPr>
          <w:p w:rsidR="004B7263" w:rsidRPr="00E54D40" w:rsidRDefault="00E54D40">
            <w:pPr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Yaşanılan şehrin müzik etkinliklerini geneller.</w:t>
            </w:r>
          </w:p>
        </w:tc>
        <w:tc>
          <w:tcPr>
            <w:tcW w:w="6480" w:type="dxa"/>
          </w:tcPr>
          <w:p w:rsidR="004B7263" w:rsidRPr="00E54D40" w:rsidRDefault="00E54D40">
            <w:pPr>
              <w:rPr>
                <w:rFonts w:ascii="Arial" w:hAnsi="Arial"/>
                <w:sz w:val="20"/>
                <w:szCs w:val="20"/>
              </w:rPr>
            </w:pP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Yaşanan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şehrin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müzik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kültürünü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etkinliklerini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inceler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>.</w:t>
            </w:r>
          </w:p>
          <w:p w:rsidR="00E54D40" w:rsidRPr="00E54D40" w:rsidRDefault="00E54D40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4B7263" w:rsidRPr="00E54D40" w:rsidRDefault="00E54D40" w:rsidP="00D23C72">
            <w:pPr>
              <w:jc w:val="center"/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NİSAN</w:t>
            </w:r>
          </w:p>
        </w:tc>
        <w:tc>
          <w:tcPr>
            <w:tcW w:w="1872" w:type="dxa"/>
          </w:tcPr>
          <w:p w:rsidR="004B7263" w:rsidRPr="00E54D40" w:rsidRDefault="004B7263">
            <w:pPr>
              <w:rPr>
                <w:sz w:val="20"/>
                <w:szCs w:val="20"/>
              </w:rPr>
            </w:pPr>
          </w:p>
        </w:tc>
      </w:tr>
      <w:tr w:rsidR="004B7263">
        <w:tc>
          <w:tcPr>
            <w:tcW w:w="4608" w:type="dxa"/>
          </w:tcPr>
          <w:p w:rsidR="004B7263" w:rsidRPr="00E54D40" w:rsidRDefault="00E54D40">
            <w:pPr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Üç vuruşlu ölçülerde ritim eşliği yaratır ve müzikle ritmik hareket eder.</w:t>
            </w:r>
          </w:p>
        </w:tc>
        <w:tc>
          <w:tcPr>
            <w:tcW w:w="6480" w:type="dxa"/>
          </w:tcPr>
          <w:p w:rsidR="004B7263" w:rsidRPr="00E54D40" w:rsidRDefault="00E54D40">
            <w:pPr>
              <w:rPr>
                <w:rFonts w:ascii="Arial" w:hAnsi="Arial"/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Üç vuruşlu ölçü türlerinde ritim eşliği yaratır.</w:t>
            </w:r>
            <w:r w:rsidRPr="00E54D40">
              <w:rPr>
                <w:rFonts w:ascii="Arial" w:hAnsi="Arial"/>
                <w:sz w:val="20"/>
                <w:szCs w:val="20"/>
              </w:rPr>
              <w:br/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Müzik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eşliğinde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ritmik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hareket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etme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çalışmalarına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katılır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yıl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sonunu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E54D40">
              <w:rPr>
                <w:rFonts w:ascii="Arial" w:hAnsi="Arial"/>
                <w:sz w:val="20"/>
                <w:szCs w:val="20"/>
              </w:rPr>
              <w:t>tamamlar</w:t>
            </w:r>
            <w:proofErr w:type="spellEnd"/>
            <w:r w:rsidRPr="00E54D40">
              <w:rPr>
                <w:rFonts w:ascii="Arial" w:hAnsi="Arial"/>
                <w:sz w:val="20"/>
                <w:szCs w:val="20"/>
              </w:rPr>
              <w:t>.</w:t>
            </w:r>
          </w:p>
          <w:p w:rsidR="00E54D40" w:rsidRPr="00E54D40" w:rsidRDefault="00E54D40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4B7263" w:rsidRPr="00E54D40" w:rsidRDefault="00E54D40" w:rsidP="00D23C72">
            <w:pPr>
              <w:jc w:val="center"/>
              <w:rPr>
                <w:sz w:val="20"/>
                <w:szCs w:val="20"/>
              </w:rPr>
            </w:pPr>
            <w:r w:rsidRPr="00E54D40">
              <w:rPr>
                <w:rFonts w:ascii="Arial" w:hAnsi="Arial"/>
                <w:sz w:val="20"/>
                <w:szCs w:val="20"/>
              </w:rPr>
              <w:t>MAYIS - HAZİRAN</w:t>
            </w:r>
          </w:p>
        </w:tc>
        <w:tc>
          <w:tcPr>
            <w:tcW w:w="1872" w:type="dxa"/>
          </w:tcPr>
          <w:p w:rsidR="004B7263" w:rsidRPr="00E54D40" w:rsidRDefault="004B7263">
            <w:pPr>
              <w:rPr>
                <w:sz w:val="20"/>
                <w:szCs w:val="20"/>
              </w:rPr>
            </w:pPr>
          </w:p>
        </w:tc>
      </w:tr>
    </w:tbl>
    <w:p w:rsidR="00E54D40" w:rsidRDefault="00E54D40" w:rsidP="00E54D40">
      <w:pPr>
        <w:jc w:val="center"/>
        <w:rPr>
          <w:rFonts w:ascii="Arial" w:hAnsi="Arial"/>
          <w:sz w:val="17"/>
        </w:rPr>
      </w:pPr>
      <w:r>
        <w:rPr>
          <w:rFonts w:ascii="Arial" w:hAnsi="Arial"/>
          <w:sz w:val="17"/>
        </w:rPr>
        <w:tab/>
      </w:r>
      <w:hyperlink r:id="rId6" w:history="1">
        <w:r>
          <w:rPr>
            <w:rStyle w:val="Kpr"/>
            <w:rFonts w:ascii="Arial" w:hAnsi="Arial"/>
            <w:sz w:val="17"/>
          </w:rPr>
          <w:t>https://www.dersmateryalleri.com/</w:t>
        </w:r>
      </w:hyperlink>
    </w:p>
    <w:p w:rsidR="00E54D40" w:rsidRDefault="00E54D40" w:rsidP="00E54D40">
      <w:pPr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…./…./……..                 </w:t>
      </w:r>
    </w:p>
    <w:p w:rsidR="004B7263" w:rsidRPr="00E54D40" w:rsidRDefault="00E54D40" w:rsidP="00E54D40">
      <w:pPr>
        <w:jc w:val="center"/>
        <w:rPr>
          <w:b/>
          <w:sz w:val="20"/>
          <w:szCs w:val="20"/>
        </w:rPr>
      </w:pPr>
      <w:proofErr w:type="spellStart"/>
      <w:proofErr w:type="gramStart"/>
      <w:r>
        <w:rPr>
          <w:rFonts w:ascii="Arial" w:hAnsi="Arial"/>
          <w:b/>
          <w:sz w:val="20"/>
          <w:szCs w:val="20"/>
        </w:rPr>
        <w:t>Sınıf</w:t>
      </w:r>
      <w:proofErr w:type="spellEnd"/>
      <w:r>
        <w:rPr>
          <w:rFonts w:ascii="Arial" w:hAnsi="Arial"/>
          <w:b/>
          <w:sz w:val="20"/>
          <w:szCs w:val="20"/>
        </w:rPr>
        <w:t xml:space="preserve">  </w:t>
      </w:r>
      <w:proofErr w:type="spellStart"/>
      <w:r>
        <w:rPr>
          <w:rFonts w:ascii="Arial" w:hAnsi="Arial"/>
          <w:b/>
          <w:sz w:val="20"/>
          <w:szCs w:val="20"/>
        </w:rPr>
        <w:t>Rehber</w:t>
      </w:r>
      <w:proofErr w:type="spellEnd"/>
      <w:proofErr w:type="gramEnd"/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sz w:val="20"/>
          <w:szCs w:val="20"/>
        </w:rPr>
        <w:t>Öğretmeni</w:t>
      </w:r>
      <w:proofErr w:type="spellEnd"/>
      <w:r>
        <w:rPr>
          <w:rFonts w:ascii="Arial" w:hAnsi="Arial"/>
          <w:b/>
          <w:sz w:val="20"/>
          <w:szCs w:val="20"/>
        </w:rPr>
        <w:t xml:space="preserve">                       </w:t>
      </w:r>
      <w:proofErr w:type="spellStart"/>
      <w:r>
        <w:rPr>
          <w:rFonts w:ascii="Arial" w:hAnsi="Arial"/>
          <w:b/>
          <w:sz w:val="20"/>
          <w:szCs w:val="20"/>
        </w:rPr>
        <w:t>Branş</w:t>
      </w:r>
      <w:proofErr w:type="spellEnd"/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sz w:val="20"/>
          <w:szCs w:val="20"/>
        </w:rPr>
        <w:t>Öğretmeni</w:t>
      </w:r>
      <w:proofErr w:type="spellEnd"/>
      <w:r>
        <w:rPr>
          <w:rFonts w:ascii="Arial" w:hAnsi="Arial"/>
          <w:b/>
          <w:sz w:val="20"/>
          <w:szCs w:val="20"/>
        </w:rPr>
        <w:t xml:space="preserve">                    </w:t>
      </w:r>
      <w:proofErr w:type="spellStart"/>
      <w:r>
        <w:rPr>
          <w:rFonts w:ascii="Arial" w:hAnsi="Arial"/>
          <w:b/>
          <w:sz w:val="20"/>
          <w:szCs w:val="20"/>
        </w:rPr>
        <w:t>Rehber</w:t>
      </w:r>
      <w:proofErr w:type="spellEnd"/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sz w:val="20"/>
          <w:szCs w:val="20"/>
        </w:rPr>
        <w:t>Öğretmen</w:t>
      </w:r>
      <w:proofErr w:type="spellEnd"/>
      <w:r>
        <w:rPr>
          <w:rFonts w:ascii="Arial" w:hAnsi="Arial"/>
          <w:b/>
          <w:sz w:val="20"/>
          <w:szCs w:val="20"/>
        </w:rPr>
        <w:t xml:space="preserve">                            </w:t>
      </w:r>
      <w:proofErr w:type="spellStart"/>
      <w:r>
        <w:rPr>
          <w:rFonts w:ascii="Arial" w:hAnsi="Arial"/>
          <w:b/>
          <w:sz w:val="20"/>
          <w:szCs w:val="20"/>
        </w:rPr>
        <w:t>Birim</w:t>
      </w:r>
      <w:proofErr w:type="spellEnd"/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sz w:val="20"/>
          <w:szCs w:val="20"/>
        </w:rPr>
        <w:t>Başkanı</w:t>
      </w:r>
      <w:proofErr w:type="spellEnd"/>
    </w:p>
    <w:sectPr w:rsidR="004B7263" w:rsidRPr="00E54D40" w:rsidSect="00034616">
      <w:pgSz w:w="15840" w:h="12240" w:orient="landscape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7263"/>
    <w:rsid w:val="008117FF"/>
    <w:rsid w:val="009A7386"/>
    <w:rsid w:val="00AA1D8D"/>
    <w:rsid w:val="00B47730"/>
    <w:rsid w:val="00CB0664"/>
    <w:rsid w:val="00D23C72"/>
    <w:rsid w:val="00E54D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BEF5BF0-888C-47DE-BBD4-676E02F37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semiHidden/>
    <w:unhideWhenUsed/>
    <w:rsid w:val="00E54D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0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ersmateryalleri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962E97-6D63-4525-BE49-999FF4E30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5</cp:revision>
  <dcterms:created xsi:type="dcterms:W3CDTF">2013-12-23T23:15:00Z</dcterms:created>
  <dcterms:modified xsi:type="dcterms:W3CDTF">2026-10-14T08:50:00Z</dcterms:modified>
  <cp:category/>
</cp:coreProperties>
</file>